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71AA6" w:rsidRPr="00871AA6" w:rsidRDefault="00000000" w:rsidP="00831E89">
      <w:pPr>
        <w:spacing w:after="0" w:line="240" w:lineRule="auto"/>
        <w:ind w:firstLine="567"/>
        <w:jc w:val="center"/>
        <w:rPr>
          <w:b/>
          <w:sz w:val="28"/>
          <w:szCs w:val="28"/>
          <w:lang w:val="kk-KZ"/>
        </w:rPr>
      </w:pPr>
      <w:r w:rsidRPr="00871AA6">
        <w:rPr>
          <w:b/>
          <w:sz w:val="28"/>
          <w:szCs w:val="28"/>
        </w:rPr>
        <w:t>ҚАЗАҚ ТІЛІН ОҚЫТУ ӘДІСТЕМЕСІНІҢ ТАРИХИ ДАМУЫ</w:t>
      </w:r>
    </w:p>
    <w:p w:rsidR="00871AA6" w:rsidRPr="00871AA6" w:rsidRDefault="00871AA6" w:rsidP="00871AA6">
      <w:pPr>
        <w:pStyle w:val="1"/>
        <w:spacing w:before="0" w:line="240" w:lineRule="auto"/>
        <w:ind w:firstLine="567"/>
        <w:jc w:val="both"/>
        <w:rPr>
          <w:rFonts w:ascii="Times New Roman" w:hAnsi="Times New Roman"/>
          <w:lang w:val="kk-KZ"/>
        </w:rPr>
      </w:pPr>
    </w:p>
    <w:p w:rsidR="00E95EA3" w:rsidRPr="00544CCE" w:rsidRDefault="00000000" w:rsidP="00544CCE">
      <w:pPr>
        <w:pStyle w:val="1"/>
        <w:spacing w:before="0" w:line="240" w:lineRule="auto"/>
        <w:ind w:firstLine="567"/>
        <w:jc w:val="both"/>
        <w:rPr>
          <w:b w:val="0"/>
          <w:bCs w:val="0"/>
          <w:color w:val="auto"/>
          <w:lang w:val="kk-KZ"/>
        </w:rPr>
      </w:pPr>
      <w:r w:rsidRPr="00544CCE">
        <w:rPr>
          <w:rFonts w:ascii="Times New Roman" w:hAnsi="Times New Roman"/>
          <w:b w:val="0"/>
          <w:bCs w:val="0"/>
          <w:color w:val="auto"/>
          <w:lang w:val="kk-KZ"/>
        </w:rPr>
        <w:t>Дәрістің мақсаты</w:t>
      </w:r>
      <w:r w:rsidR="00544CCE">
        <w:rPr>
          <w:rFonts w:ascii="Times New Roman" w:hAnsi="Times New Roman"/>
          <w:b w:val="0"/>
          <w:bCs w:val="0"/>
          <w:color w:val="auto"/>
          <w:lang w:val="kk-KZ"/>
        </w:rPr>
        <w:t>:</w:t>
      </w:r>
      <w:r w:rsidR="00544CCE" w:rsidRPr="00544CCE">
        <w:rPr>
          <w:rFonts w:ascii="Times New Roman" w:hAnsi="Times New Roman" w:cs="Times New Roman"/>
          <w:b w:val="0"/>
          <w:bCs w:val="0"/>
          <w:color w:val="auto"/>
          <w:lang w:val="kk-KZ"/>
        </w:rPr>
        <w:t xml:space="preserve"> </w:t>
      </w:r>
      <w:r w:rsidRPr="00544CCE">
        <w:rPr>
          <w:rFonts w:ascii="Times New Roman" w:hAnsi="Times New Roman" w:cs="Times New Roman"/>
          <w:b w:val="0"/>
          <w:bCs w:val="0"/>
          <w:color w:val="auto"/>
          <w:lang w:val="kk-KZ"/>
        </w:rPr>
        <w:t>Қазақ тілін оқыту әдістемесінің қалыптасуы мен тарихи даму кезеңдерін жүйелі түрде таныстыру; қазақ тілінің фонетика, орфография, лексика, морфология және синтаксис салаларын оқыту әдістемесінің зерттелу бағыттарын көрсету; негізгі ғалымдар мен олардың еңбектерінің ғылымның дамуына қосқан үлесін айқындау.</w:t>
      </w:r>
    </w:p>
    <w:p w:rsidR="00871AA6" w:rsidRPr="00871AA6" w:rsidRDefault="00871AA6" w:rsidP="00871AA6">
      <w:pPr>
        <w:spacing w:after="0" w:line="240" w:lineRule="auto"/>
        <w:ind w:firstLine="567"/>
        <w:jc w:val="both"/>
        <w:rPr>
          <w:sz w:val="28"/>
          <w:szCs w:val="28"/>
          <w:lang w:val="kk-KZ"/>
        </w:rPr>
      </w:pPr>
    </w:p>
    <w:p w:rsidR="00E95EA3" w:rsidRPr="00871AA6" w:rsidRDefault="00000000" w:rsidP="00871AA6">
      <w:pPr>
        <w:spacing w:after="0" w:line="240" w:lineRule="auto"/>
        <w:ind w:firstLine="567"/>
        <w:jc w:val="both"/>
        <w:rPr>
          <w:sz w:val="28"/>
          <w:szCs w:val="28"/>
        </w:rPr>
      </w:pPr>
      <w:r w:rsidRPr="00871AA6">
        <w:rPr>
          <w:sz w:val="28"/>
          <w:szCs w:val="28"/>
          <w:lang w:val="kk-KZ"/>
        </w:rPr>
        <w:t xml:space="preserve">Қазақ тілін оқыту әдістемесінің ғылыми-әдістемелік негіздері бірден қалыптасқан жоқ. 1920–1930 жылдары тіл мамандарының негізгі еңбегі әліпби, емле, ана тілі оқулықтары, сөздіктер және мектепке қажетті оқу құралдарын жасауға бағытталды. </w:t>
      </w:r>
      <w:r w:rsidRPr="00871AA6">
        <w:rPr>
          <w:sz w:val="28"/>
          <w:szCs w:val="28"/>
        </w:rPr>
        <w:t xml:space="preserve">1935 </w:t>
      </w:r>
      <w:proofErr w:type="spellStart"/>
      <w:r w:rsidRPr="00871AA6">
        <w:rPr>
          <w:sz w:val="28"/>
          <w:szCs w:val="28"/>
        </w:rPr>
        <w:t>жылға</w:t>
      </w:r>
      <w:proofErr w:type="spellEnd"/>
      <w:r w:rsidRPr="00871AA6">
        <w:rPr>
          <w:sz w:val="28"/>
          <w:szCs w:val="28"/>
        </w:rPr>
        <w:t xml:space="preserve"> </w:t>
      </w:r>
      <w:proofErr w:type="spellStart"/>
      <w:r w:rsidRPr="00871AA6">
        <w:rPr>
          <w:sz w:val="28"/>
          <w:szCs w:val="28"/>
        </w:rPr>
        <w:t>дейін</w:t>
      </w:r>
      <w:proofErr w:type="spellEnd"/>
      <w:r w:rsidRPr="00871AA6">
        <w:rPr>
          <w:sz w:val="28"/>
          <w:szCs w:val="28"/>
        </w:rPr>
        <w:t xml:space="preserve"> </w:t>
      </w:r>
      <w:proofErr w:type="spellStart"/>
      <w:r w:rsidRPr="00871AA6">
        <w:rPr>
          <w:sz w:val="28"/>
          <w:szCs w:val="28"/>
        </w:rPr>
        <w:t>қазақ</w:t>
      </w:r>
      <w:proofErr w:type="spellEnd"/>
      <w:r w:rsidRPr="00871AA6">
        <w:rPr>
          <w:sz w:val="28"/>
          <w:szCs w:val="28"/>
        </w:rPr>
        <w:t xml:space="preserve"> тілін оқыту әдістемесіне арналған негізінен мақалалар жарияланып, әдістемелік ой-пікір біртіндеп жинақталды. Осы кезеңдегі зерттеулердің басты сипаты – мектеп тәжірибесіне қажетті оқу құралдарын әзірлеу арқылы әдістемелік мәселелерді шешу болды.</w:t>
      </w:r>
    </w:p>
    <w:p w:rsidR="00E95EA3" w:rsidRPr="00871AA6" w:rsidRDefault="00000000" w:rsidP="00871AA6">
      <w:pPr>
        <w:spacing w:after="0" w:line="240" w:lineRule="auto"/>
        <w:ind w:firstLine="567"/>
        <w:jc w:val="both"/>
        <w:rPr>
          <w:sz w:val="28"/>
          <w:szCs w:val="28"/>
        </w:rPr>
      </w:pPr>
      <w:r w:rsidRPr="00871AA6">
        <w:rPr>
          <w:sz w:val="28"/>
          <w:szCs w:val="28"/>
        </w:rPr>
        <w:t>1936 жылы Сейіл Сарықұлұлы Жиенбаевтың «Грамматика талдауыш» атты еңбегінің жарық көруі қазақ тілін оқыту әдістемесінің дамуындағы маңызды қадам болды. Оның «Бастауыш мектепте кітап оқытудың методикасы», «Үлкендерге хат таныту методикасы», «Грамматикалық таблицалар», «Жаттығу емле мен тіл дамыту», «Сөйлемнің тыныс белгілері», «Синтаксис мәселелері. Құрмалас сөйлемнің топтастырылуы» сияқты еңбектері тіл оқыту мазмұны мен әдістерінің әртүрлі қырларын қамтыды. Жиенбаев әдістемені дайын рецепт немесе әкімшілік нұсқау емес, мұғалімге бағыт беретін педагогикалық кеңес ретінде қарастырды.</w:t>
      </w:r>
    </w:p>
    <w:p w:rsidR="00E95EA3" w:rsidRPr="00871AA6" w:rsidRDefault="00000000" w:rsidP="00871AA6">
      <w:pPr>
        <w:spacing w:after="0" w:line="240" w:lineRule="auto"/>
        <w:ind w:firstLine="567"/>
        <w:jc w:val="both"/>
        <w:rPr>
          <w:sz w:val="28"/>
          <w:szCs w:val="28"/>
        </w:rPr>
      </w:pPr>
      <w:r w:rsidRPr="00871AA6">
        <w:rPr>
          <w:sz w:val="28"/>
          <w:szCs w:val="28"/>
        </w:rPr>
        <w:t>1938 жылы Қажым Аманғалиұлы Басымов «Грамматика оқыту жөнінде» мақаласында грамматиканы оқыту әдістеріне тоқталды. 1940 жылы Ғали Бегалиевтің «Бастауыш мектепте қазақ тілінің методикасы», ал 1950 жылы «Бастауыш мектепте қазақ тілі методикасының мәселелері» атты еңбектері жарық көрді. Бұл еңбектер қазақ тілін, әсіресе бастауыш және орта мектепте оқыту әдістемесінің қорын толықтырды.</w:t>
      </w:r>
    </w:p>
    <w:p w:rsidR="00E95EA3" w:rsidRPr="00871AA6" w:rsidRDefault="00000000" w:rsidP="00871AA6">
      <w:pPr>
        <w:spacing w:after="0" w:line="240" w:lineRule="auto"/>
        <w:ind w:firstLine="567"/>
        <w:jc w:val="both"/>
        <w:rPr>
          <w:sz w:val="28"/>
          <w:szCs w:val="28"/>
        </w:rPr>
      </w:pPr>
      <w:r w:rsidRPr="00871AA6">
        <w:rPr>
          <w:sz w:val="28"/>
          <w:szCs w:val="28"/>
        </w:rPr>
        <w:t xml:space="preserve">1950–1960 </w:t>
      </w:r>
      <w:proofErr w:type="spellStart"/>
      <w:r w:rsidRPr="00871AA6">
        <w:rPr>
          <w:sz w:val="28"/>
          <w:szCs w:val="28"/>
        </w:rPr>
        <w:t>жылдары</w:t>
      </w:r>
      <w:proofErr w:type="spellEnd"/>
      <w:r w:rsidRPr="00871AA6">
        <w:rPr>
          <w:sz w:val="28"/>
          <w:szCs w:val="28"/>
        </w:rPr>
        <w:t xml:space="preserve"> </w:t>
      </w:r>
      <w:proofErr w:type="spellStart"/>
      <w:r w:rsidRPr="00871AA6">
        <w:rPr>
          <w:sz w:val="28"/>
          <w:szCs w:val="28"/>
        </w:rPr>
        <w:t>қазақ</w:t>
      </w:r>
      <w:proofErr w:type="spellEnd"/>
      <w:r w:rsidRPr="00871AA6">
        <w:rPr>
          <w:sz w:val="28"/>
          <w:szCs w:val="28"/>
        </w:rPr>
        <w:t xml:space="preserve"> </w:t>
      </w:r>
      <w:proofErr w:type="spellStart"/>
      <w:r w:rsidRPr="00871AA6">
        <w:rPr>
          <w:sz w:val="28"/>
          <w:szCs w:val="28"/>
        </w:rPr>
        <w:t>тілін</w:t>
      </w:r>
      <w:proofErr w:type="spellEnd"/>
      <w:r w:rsidRPr="00871AA6">
        <w:rPr>
          <w:sz w:val="28"/>
          <w:szCs w:val="28"/>
        </w:rPr>
        <w:t xml:space="preserve"> оқыту әдістемесінде жеке тіл салаларын арнайы зерттеу күшейді. Фонетика, орфография, морфология, синтаксис және тіл дамыту мәселелері дербес әдістемелік нысан ретінде қарастырыла бастады. Бұл кезеңде ғалымдар тек оқу материалын сипаттап қана қоймай, оны меңгертудің тиімді жолдарын, жаттығу түрлерін, көрнекілікті және практикалық дағды қалыптастыру тәсілдерін ұсынды.</w:t>
      </w:r>
    </w:p>
    <w:p w:rsidR="00E95EA3" w:rsidRPr="00871AA6" w:rsidRDefault="00000000" w:rsidP="00871AA6">
      <w:pPr>
        <w:spacing w:after="0" w:line="240" w:lineRule="auto"/>
        <w:ind w:firstLine="567"/>
        <w:jc w:val="both"/>
        <w:rPr>
          <w:sz w:val="28"/>
          <w:szCs w:val="28"/>
        </w:rPr>
      </w:pPr>
      <w:proofErr w:type="spellStart"/>
      <w:r w:rsidRPr="00871AA6">
        <w:rPr>
          <w:sz w:val="28"/>
          <w:szCs w:val="28"/>
        </w:rPr>
        <w:t>Шамғали</w:t>
      </w:r>
      <w:proofErr w:type="spellEnd"/>
      <w:r w:rsidRPr="00871AA6">
        <w:rPr>
          <w:sz w:val="28"/>
          <w:szCs w:val="28"/>
        </w:rPr>
        <w:t xml:space="preserve"> </w:t>
      </w:r>
      <w:proofErr w:type="spellStart"/>
      <w:r w:rsidRPr="00871AA6">
        <w:rPr>
          <w:sz w:val="28"/>
          <w:szCs w:val="28"/>
        </w:rPr>
        <w:t>Сарыбаевтың</w:t>
      </w:r>
      <w:proofErr w:type="spellEnd"/>
      <w:r w:rsidRPr="00871AA6">
        <w:rPr>
          <w:sz w:val="28"/>
          <w:szCs w:val="28"/>
        </w:rPr>
        <w:t xml:space="preserve"> «</w:t>
      </w:r>
      <w:proofErr w:type="spellStart"/>
      <w:r w:rsidRPr="00871AA6">
        <w:rPr>
          <w:sz w:val="28"/>
          <w:szCs w:val="28"/>
        </w:rPr>
        <w:t>Қазақ</w:t>
      </w:r>
      <w:proofErr w:type="spellEnd"/>
      <w:r w:rsidRPr="00871AA6">
        <w:rPr>
          <w:sz w:val="28"/>
          <w:szCs w:val="28"/>
        </w:rPr>
        <w:t xml:space="preserve"> </w:t>
      </w:r>
      <w:proofErr w:type="spellStart"/>
      <w:r w:rsidRPr="00871AA6">
        <w:rPr>
          <w:sz w:val="28"/>
          <w:szCs w:val="28"/>
        </w:rPr>
        <w:t>тілі</w:t>
      </w:r>
      <w:proofErr w:type="spellEnd"/>
      <w:r w:rsidRPr="00871AA6">
        <w:rPr>
          <w:sz w:val="28"/>
          <w:szCs w:val="28"/>
        </w:rPr>
        <w:t xml:space="preserve"> методикасының кейбір мәселелері» атты екі бөлімді еңбегінің бірінші бөлімі 1956 жылы, екінші бөлімі 1959 жылы жарық көрді. Бірінші бөлімде фонетика мен морфологияны, екінші бөлімде орфография мен сөз таптарын оқыту мәселелері қарастырылды. Ғалым дыбыстау мүшелері, дауысты және дауыссыз дыбыстар, дыбыстардың жіктелуі, орфографиялық принциптер, емле, буын, тасымал және бақылау диктанты </w:t>
      </w:r>
      <w:r w:rsidRPr="00871AA6">
        <w:rPr>
          <w:sz w:val="28"/>
          <w:szCs w:val="28"/>
        </w:rPr>
        <w:lastRenderedPageBreak/>
        <w:t>сияқты мәселелерге әдістемелік тұрғыдан талдау жасады. Сонымен бірге сөйлеу тілінің оқушыға теориялық материалды түсіндірудегі маңызын атап көрсетті.</w:t>
      </w:r>
    </w:p>
    <w:p w:rsidR="00E95EA3" w:rsidRPr="00871AA6" w:rsidRDefault="00000000" w:rsidP="00871AA6">
      <w:pPr>
        <w:spacing w:after="0" w:line="240" w:lineRule="auto"/>
        <w:ind w:firstLine="567"/>
        <w:jc w:val="both"/>
        <w:rPr>
          <w:sz w:val="28"/>
          <w:szCs w:val="28"/>
        </w:rPr>
      </w:pPr>
      <w:r w:rsidRPr="00871AA6">
        <w:rPr>
          <w:sz w:val="28"/>
          <w:szCs w:val="28"/>
        </w:rPr>
        <w:t>Фонетиканы оқыту әдістемесін жүйелі зерттеген ғалымдардың бірі – Әбдірахман Исабаев. Ол «Фонетиканы оқыту методикасы» тақырыбында кандидаттық диссертациясын 1965 жылы, «Қазақ тілі дыбыс жүйесі методикасының теориялық негіздері» тақырыбында докторлық диссертациясын 1994 жылы қорғады. Оның еңбектерінде дыбыс, әріп, фонема, екпін, үндестік заңы сияқты ұғымдарды меңгертудің әдістемесімен бірге теориялық білім мен практикалық дағдыны қалыптастырудың лингвистикалық, психологиялық және педагогикалық негіздері қарастырылды.</w:t>
      </w:r>
    </w:p>
    <w:p w:rsidR="00E95EA3" w:rsidRPr="00871AA6" w:rsidRDefault="00000000" w:rsidP="00871AA6">
      <w:pPr>
        <w:spacing w:after="0" w:line="240" w:lineRule="auto"/>
        <w:ind w:firstLine="567"/>
        <w:jc w:val="both"/>
        <w:rPr>
          <w:sz w:val="28"/>
          <w:szCs w:val="28"/>
        </w:rPr>
      </w:pPr>
      <w:r w:rsidRPr="00871AA6">
        <w:rPr>
          <w:sz w:val="28"/>
          <w:szCs w:val="28"/>
        </w:rPr>
        <w:t>Орфографияны оқыту мәселесін Көшен Жолымбетов арнайы зерттеді. Оның еңбектерінде орфографиялық қателерді түзету және олардың алдын алу, оқушының өз бетімен жұмыс жүргізуі, қазақ орфографиясын оқытудың негізгі ұстанымдары мен әдіс-тәсілдері, тіл дамыту және дағды қалыптастыру мәселелері сараланды.</w:t>
      </w:r>
    </w:p>
    <w:p w:rsidR="00E95EA3" w:rsidRPr="00871AA6" w:rsidRDefault="00000000" w:rsidP="00871AA6">
      <w:pPr>
        <w:spacing w:after="0" w:line="240" w:lineRule="auto"/>
        <w:ind w:firstLine="567"/>
        <w:jc w:val="both"/>
        <w:rPr>
          <w:sz w:val="28"/>
          <w:szCs w:val="28"/>
        </w:rPr>
      </w:pPr>
      <w:proofErr w:type="spellStart"/>
      <w:r w:rsidRPr="00871AA6">
        <w:rPr>
          <w:sz w:val="28"/>
          <w:szCs w:val="28"/>
        </w:rPr>
        <w:t>Морфологияны</w:t>
      </w:r>
      <w:proofErr w:type="spellEnd"/>
      <w:r w:rsidRPr="00871AA6">
        <w:rPr>
          <w:sz w:val="28"/>
          <w:szCs w:val="28"/>
        </w:rPr>
        <w:t xml:space="preserve"> </w:t>
      </w:r>
      <w:proofErr w:type="spellStart"/>
      <w:r w:rsidRPr="00871AA6">
        <w:rPr>
          <w:sz w:val="28"/>
          <w:szCs w:val="28"/>
        </w:rPr>
        <w:t>оқыту</w:t>
      </w:r>
      <w:proofErr w:type="spellEnd"/>
      <w:r w:rsidRPr="00871AA6">
        <w:rPr>
          <w:sz w:val="28"/>
          <w:szCs w:val="28"/>
        </w:rPr>
        <w:t xml:space="preserve"> </w:t>
      </w:r>
      <w:proofErr w:type="spellStart"/>
      <w:r w:rsidRPr="00871AA6">
        <w:rPr>
          <w:sz w:val="28"/>
          <w:szCs w:val="28"/>
        </w:rPr>
        <w:t>әдістемесінің</w:t>
      </w:r>
      <w:proofErr w:type="spellEnd"/>
      <w:r w:rsidRPr="00871AA6">
        <w:rPr>
          <w:sz w:val="28"/>
          <w:szCs w:val="28"/>
        </w:rPr>
        <w:t xml:space="preserve"> </w:t>
      </w:r>
      <w:proofErr w:type="spellStart"/>
      <w:r w:rsidRPr="00871AA6">
        <w:rPr>
          <w:sz w:val="28"/>
          <w:szCs w:val="28"/>
        </w:rPr>
        <w:t>дамуына</w:t>
      </w:r>
      <w:proofErr w:type="spellEnd"/>
      <w:r w:rsidRPr="00871AA6">
        <w:rPr>
          <w:sz w:val="28"/>
          <w:szCs w:val="28"/>
        </w:rPr>
        <w:t xml:space="preserve"> Шамғали Сарыбаев, Иманбек Ұйықбаев, Балғаным Құлмағамбетова және Бибігүл Кәтенбаева сияқты ғалымдар елеулі үлес қосты. Ш.Сарыбаев етістік және оның негізгі категорияларын, сондай-ақ зат есім, сын есім, сан есім, үстеу, шылау сияқты сөз таптарын оқытуға қатысты пікірлер ұсынды. И.Ұйықбаевтың еңбектерінде морфологияны оқытуға жан-жақты талдау жасалып, түсіндірмелі, терме және шығармашылық диктант сияқты жұмыс түрлері ұсынылды.</w:t>
      </w:r>
    </w:p>
    <w:p w:rsidR="00E95EA3" w:rsidRPr="00871AA6" w:rsidRDefault="00000000" w:rsidP="00871AA6">
      <w:pPr>
        <w:spacing w:after="0" w:line="240" w:lineRule="auto"/>
        <w:ind w:firstLine="567"/>
        <w:jc w:val="both"/>
        <w:rPr>
          <w:sz w:val="28"/>
          <w:szCs w:val="28"/>
        </w:rPr>
      </w:pPr>
      <w:r w:rsidRPr="00871AA6">
        <w:rPr>
          <w:sz w:val="28"/>
          <w:szCs w:val="28"/>
        </w:rPr>
        <w:t>Б.Құлмағамбетова морфология мен синтаксисті оқыту әдістемесінің көптеген мәселелерін ғылыми және практикалық тұрғыдан зерттеді. Оның «Қазақ тіліндегі етістік категориясын оқыту» еңбегімен қатар, тіл дамыту жұмыстарын ұйымдастыруға, техникалық құралдарды пайдалануға және дидактикалық материалдар әзірлеуге арналған еңбектері жарық көрді. Б.Кәтенбаева сөз құрамын, еліктеуіш сөздерді, морфологияны оқыту әдістемесін зерттеп, оқулықтарға әдістемелік нұсқаулар, грамматикалық таблицалар мен дидактикалық материалдар жасады.</w:t>
      </w:r>
    </w:p>
    <w:p w:rsidR="00E95EA3" w:rsidRPr="00871AA6" w:rsidRDefault="00000000" w:rsidP="00871AA6">
      <w:pPr>
        <w:spacing w:after="0" w:line="240" w:lineRule="auto"/>
        <w:ind w:firstLine="567"/>
        <w:jc w:val="both"/>
        <w:rPr>
          <w:sz w:val="28"/>
          <w:szCs w:val="28"/>
        </w:rPr>
      </w:pPr>
      <w:proofErr w:type="spellStart"/>
      <w:r w:rsidRPr="00871AA6">
        <w:rPr>
          <w:sz w:val="28"/>
          <w:szCs w:val="28"/>
        </w:rPr>
        <w:t>Синтаксисті</w:t>
      </w:r>
      <w:proofErr w:type="spellEnd"/>
      <w:r w:rsidRPr="00871AA6">
        <w:rPr>
          <w:sz w:val="28"/>
          <w:szCs w:val="28"/>
        </w:rPr>
        <w:t xml:space="preserve"> </w:t>
      </w:r>
      <w:proofErr w:type="spellStart"/>
      <w:r w:rsidRPr="00871AA6">
        <w:rPr>
          <w:sz w:val="28"/>
          <w:szCs w:val="28"/>
        </w:rPr>
        <w:t>оқыту</w:t>
      </w:r>
      <w:proofErr w:type="spellEnd"/>
      <w:r w:rsidRPr="00871AA6">
        <w:rPr>
          <w:sz w:val="28"/>
          <w:szCs w:val="28"/>
        </w:rPr>
        <w:t xml:space="preserve"> </w:t>
      </w:r>
      <w:proofErr w:type="spellStart"/>
      <w:r w:rsidRPr="00871AA6">
        <w:rPr>
          <w:sz w:val="28"/>
          <w:szCs w:val="28"/>
        </w:rPr>
        <w:t>әдістемесі</w:t>
      </w:r>
      <w:proofErr w:type="spellEnd"/>
      <w:r w:rsidRPr="00871AA6">
        <w:rPr>
          <w:sz w:val="28"/>
          <w:szCs w:val="28"/>
        </w:rPr>
        <w:t xml:space="preserve"> 1930-жылдардың соңы мен 1940-жылдардың басынан бастап қарқынды зерттеле бастады. 1939 жылы С.Аманжолов пен Н.Сауранбаевтың авторлығымен қазақ синтаксисінің мектеп оқулығы жарық көрді. Кейін жай сөйлем мен құрмалас сөйлемді оқыту, грамматикалық талдау, көрнекілік, сөйлем мүшелерін меңгерту, синтаксистік тұлғаларға мән беру және тыныс белгілерін үйрету мәселелері арнайы зерттеу нысанына айналды.</w:t>
      </w:r>
    </w:p>
    <w:p w:rsidR="00E95EA3" w:rsidRPr="00871AA6" w:rsidRDefault="00000000" w:rsidP="00871AA6">
      <w:pPr>
        <w:spacing w:after="0" w:line="240" w:lineRule="auto"/>
        <w:ind w:firstLine="567"/>
        <w:jc w:val="both"/>
        <w:rPr>
          <w:sz w:val="28"/>
          <w:szCs w:val="28"/>
        </w:rPr>
      </w:pPr>
      <w:r w:rsidRPr="00871AA6">
        <w:rPr>
          <w:sz w:val="28"/>
          <w:szCs w:val="28"/>
        </w:rPr>
        <w:t xml:space="preserve">Бұл бағытта Ә.Хасеновтің «Жай сөйлем синтаксисін оқытудың кейбір мәселелері», «Синтаксис пен пунктуацияны оқыту жолдары», «Пунктуацияны оқыту жолдары»; Х.Арғыновтың «Жай сөйлем синтаксисінің методикасы», «Құрмалас сөйлем синтаксисінің методикасы», «Қазақ тілі синтаксисі методикасының негіздері»; Б.Құлмағамбетованың «Құрмалас сөйлемді </w:t>
      </w:r>
      <w:r w:rsidRPr="00871AA6">
        <w:rPr>
          <w:sz w:val="28"/>
          <w:szCs w:val="28"/>
        </w:rPr>
        <w:lastRenderedPageBreak/>
        <w:t>оқытудың кейбір мәселелері»; С.Қазыбаевтың сабақтас құрмалас сөйлемдерді оқытуға арналған еңбектері маңызды орын алады.</w:t>
      </w:r>
    </w:p>
    <w:p w:rsidR="00E95EA3" w:rsidRPr="00871AA6" w:rsidRDefault="00000000" w:rsidP="00871AA6">
      <w:pPr>
        <w:spacing w:after="0" w:line="240" w:lineRule="auto"/>
        <w:ind w:firstLine="567"/>
        <w:jc w:val="both"/>
        <w:rPr>
          <w:sz w:val="28"/>
          <w:szCs w:val="28"/>
        </w:rPr>
      </w:pPr>
      <w:r w:rsidRPr="00871AA6">
        <w:rPr>
          <w:sz w:val="28"/>
          <w:szCs w:val="28"/>
        </w:rPr>
        <w:t>Синтаксисті оқыту әдістемесін жүйелі зерттеген көрнекті ғалым – Халел Арғынов. Ол құрмалас сөйлемді оқыту мәселесіне арналған докторлық диссертация қорғап, «Қазақ тілі синтаксисі методикасының негіздері» атты еңбегінде өзіне дейінгі әдістемелік зерттеулерді жинақтап, білім мазмұнын, оқыту жүйесін, әдістерді, сабақ жүргізу ерекшеліктерін және теориялық білім мен практикалық дағдыны меңгертудің жолдарын жүйеледі. Оның еңбектері синтаксисті оқыту әдістемесінің дербес ғылыми бағыт ретінде орнығуына ықпал етті.</w:t>
      </w:r>
    </w:p>
    <w:p w:rsidR="00E95EA3" w:rsidRPr="00871AA6" w:rsidRDefault="00000000" w:rsidP="00871AA6">
      <w:pPr>
        <w:spacing w:after="0" w:line="240" w:lineRule="auto"/>
        <w:ind w:firstLine="567"/>
        <w:jc w:val="both"/>
        <w:rPr>
          <w:sz w:val="28"/>
          <w:szCs w:val="28"/>
          <w:lang w:val="ru-RU"/>
        </w:rPr>
      </w:pPr>
      <w:proofErr w:type="spellStart"/>
      <w:r w:rsidRPr="00871AA6">
        <w:rPr>
          <w:sz w:val="28"/>
          <w:szCs w:val="28"/>
          <w:lang w:val="ru-RU"/>
        </w:rPr>
        <w:t>Пунктуацияны</w:t>
      </w:r>
      <w:proofErr w:type="spellEnd"/>
      <w:r w:rsidRPr="00871AA6">
        <w:rPr>
          <w:sz w:val="28"/>
          <w:szCs w:val="28"/>
          <w:lang w:val="ru-RU"/>
        </w:rPr>
        <w:t xml:space="preserve"> </w:t>
      </w:r>
      <w:proofErr w:type="spellStart"/>
      <w:r w:rsidRPr="00871AA6">
        <w:rPr>
          <w:sz w:val="28"/>
          <w:szCs w:val="28"/>
          <w:lang w:val="ru-RU"/>
        </w:rPr>
        <w:t>оқыту</w:t>
      </w:r>
      <w:proofErr w:type="spellEnd"/>
      <w:r w:rsidRPr="00871AA6">
        <w:rPr>
          <w:sz w:val="28"/>
          <w:szCs w:val="28"/>
          <w:lang w:val="ru-RU"/>
        </w:rPr>
        <w:t xml:space="preserve"> да </w:t>
      </w:r>
      <w:proofErr w:type="spellStart"/>
      <w:r w:rsidRPr="00871AA6">
        <w:rPr>
          <w:sz w:val="28"/>
          <w:szCs w:val="28"/>
          <w:lang w:val="ru-RU"/>
        </w:rPr>
        <w:t>синтаксиспен</w:t>
      </w:r>
      <w:proofErr w:type="spellEnd"/>
      <w:r w:rsidRPr="00871AA6">
        <w:rPr>
          <w:sz w:val="28"/>
          <w:szCs w:val="28"/>
          <w:lang w:val="ru-RU"/>
        </w:rPr>
        <w:t xml:space="preserve"> </w:t>
      </w:r>
      <w:proofErr w:type="spellStart"/>
      <w:r w:rsidRPr="00871AA6">
        <w:rPr>
          <w:sz w:val="28"/>
          <w:szCs w:val="28"/>
          <w:lang w:val="ru-RU"/>
        </w:rPr>
        <w:t>сабақтастықта</w:t>
      </w:r>
      <w:proofErr w:type="spellEnd"/>
      <w:r w:rsidRPr="00871AA6">
        <w:rPr>
          <w:sz w:val="28"/>
          <w:szCs w:val="28"/>
          <w:lang w:val="ru-RU"/>
        </w:rPr>
        <w:t xml:space="preserve"> </w:t>
      </w:r>
      <w:proofErr w:type="spellStart"/>
      <w:r w:rsidRPr="00871AA6">
        <w:rPr>
          <w:sz w:val="28"/>
          <w:szCs w:val="28"/>
          <w:lang w:val="ru-RU"/>
        </w:rPr>
        <w:t>дамыды</w:t>
      </w:r>
      <w:proofErr w:type="spellEnd"/>
      <w:r w:rsidRPr="00871AA6">
        <w:rPr>
          <w:sz w:val="28"/>
          <w:szCs w:val="28"/>
          <w:lang w:val="ru-RU"/>
        </w:rPr>
        <w:t xml:space="preserve">. </w:t>
      </w:r>
      <w:proofErr w:type="spellStart"/>
      <w:r w:rsidRPr="00871AA6">
        <w:rPr>
          <w:sz w:val="28"/>
          <w:szCs w:val="28"/>
          <w:lang w:val="ru-RU"/>
        </w:rPr>
        <w:t>С.Жиенбаев</w:t>
      </w:r>
      <w:proofErr w:type="spellEnd"/>
      <w:r w:rsidRPr="00871AA6">
        <w:rPr>
          <w:sz w:val="28"/>
          <w:szCs w:val="28"/>
          <w:lang w:val="ru-RU"/>
        </w:rPr>
        <w:t xml:space="preserve">, </w:t>
      </w:r>
      <w:proofErr w:type="spellStart"/>
      <w:r w:rsidRPr="00871AA6">
        <w:rPr>
          <w:sz w:val="28"/>
          <w:szCs w:val="28"/>
          <w:lang w:val="ru-RU"/>
        </w:rPr>
        <w:t>Ә.Хасенов</w:t>
      </w:r>
      <w:proofErr w:type="spellEnd"/>
      <w:r w:rsidRPr="00871AA6">
        <w:rPr>
          <w:sz w:val="28"/>
          <w:szCs w:val="28"/>
          <w:lang w:val="ru-RU"/>
        </w:rPr>
        <w:t xml:space="preserve">, </w:t>
      </w:r>
      <w:proofErr w:type="spellStart"/>
      <w:r w:rsidRPr="00871AA6">
        <w:rPr>
          <w:sz w:val="28"/>
          <w:szCs w:val="28"/>
          <w:lang w:val="ru-RU"/>
        </w:rPr>
        <w:t>Ш.Әуелбаев</w:t>
      </w:r>
      <w:proofErr w:type="spellEnd"/>
      <w:r w:rsidRPr="00871AA6">
        <w:rPr>
          <w:sz w:val="28"/>
          <w:szCs w:val="28"/>
          <w:lang w:val="ru-RU"/>
        </w:rPr>
        <w:t xml:space="preserve"> </w:t>
      </w:r>
      <w:proofErr w:type="spellStart"/>
      <w:r w:rsidRPr="00871AA6">
        <w:rPr>
          <w:sz w:val="28"/>
          <w:szCs w:val="28"/>
          <w:lang w:val="ru-RU"/>
        </w:rPr>
        <w:t>сияқты</w:t>
      </w:r>
      <w:proofErr w:type="spellEnd"/>
      <w:r w:rsidRPr="00871AA6">
        <w:rPr>
          <w:sz w:val="28"/>
          <w:szCs w:val="28"/>
          <w:lang w:val="ru-RU"/>
        </w:rPr>
        <w:t xml:space="preserve"> </w:t>
      </w:r>
      <w:proofErr w:type="spellStart"/>
      <w:r w:rsidRPr="00871AA6">
        <w:rPr>
          <w:sz w:val="28"/>
          <w:szCs w:val="28"/>
          <w:lang w:val="ru-RU"/>
        </w:rPr>
        <w:t>ғалымдардың</w:t>
      </w:r>
      <w:proofErr w:type="spellEnd"/>
      <w:r w:rsidRPr="00871AA6">
        <w:rPr>
          <w:sz w:val="28"/>
          <w:szCs w:val="28"/>
          <w:lang w:val="ru-RU"/>
        </w:rPr>
        <w:t xml:space="preserve"> </w:t>
      </w:r>
      <w:proofErr w:type="spellStart"/>
      <w:r w:rsidRPr="00871AA6">
        <w:rPr>
          <w:sz w:val="28"/>
          <w:szCs w:val="28"/>
          <w:lang w:val="ru-RU"/>
        </w:rPr>
        <w:t>еңбектерінде</w:t>
      </w:r>
      <w:proofErr w:type="spellEnd"/>
      <w:r w:rsidRPr="00871AA6">
        <w:rPr>
          <w:sz w:val="28"/>
          <w:szCs w:val="28"/>
          <w:lang w:val="ru-RU"/>
        </w:rPr>
        <w:t xml:space="preserve"> </w:t>
      </w:r>
      <w:proofErr w:type="spellStart"/>
      <w:r w:rsidRPr="00871AA6">
        <w:rPr>
          <w:sz w:val="28"/>
          <w:szCs w:val="28"/>
          <w:lang w:val="ru-RU"/>
        </w:rPr>
        <w:t>тыныс</w:t>
      </w:r>
      <w:proofErr w:type="spellEnd"/>
      <w:r w:rsidRPr="00871AA6">
        <w:rPr>
          <w:sz w:val="28"/>
          <w:szCs w:val="28"/>
          <w:lang w:val="ru-RU"/>
        </w:rPr>
        <w:t xml:space="preserve"> </w:t>
      </w:r>
      <w:proofErr w:type="spellStart"/>
      <w:r w:rsidRPr="00871AA6">
        <w:rPr>
          <w:sz w:val="28"/>
          <w:szCs w:val="28"/>
          <w:lang w:val="ru-RU"/>
        </w:rPr>
        <w:t>белгілерін</w:t>
      </w:r>
      <w:proofErr w:type="spellEnd"/>
      <w:r w:rsidRPr="00871AA6">
        <w:rPr>
          <w:sz w:val="28"/>
          <w:szCs w:val="28"/>
          <w:lang w:val="ru-RU"/>
        </w:rPr>
        <w:t xml:space="preserve"> </w:t>
      </w:r>
      <w:proofErr w:type="spellStart"/>
      <w:r w:rsidRPr="00871AA6">
        <w:rPr>
          <w:sz w:val="28"/>
          <w:szCs w:val="28"/>
          <w:lang w:val="ru-RU"/>
        </w:rPr>
        <w:t>меңгертудің</w:t>
      </w:r>
      <w:proofErr w:type="spellEnd"/>
      <w:r w:rsidRPr="00871AA6">
        <w:rPr>
          <w:sz w:val="28"/>
          <w:szCs w:val="28"/>
          <w:lang w:val="ru-RU"/>
        </w:rPr>
        <w:t xml:space="preserve"> </w:t>
      </w:r>
      <w:proofErr w:type="spellStart"/>
      <w:r w:rsidRPr="00871AA6">
        <w:rPr>
          <w:sz w:val="28"/>
          <w:szCs w:val="28"/>
          <w:lang w:val="ru-RU"/>
        </w:rPr>
        <w:t>жолдары</w:t>
      </w:r>
      <w:proofErr w:type="spellEnd"/>
      <w:r w:rsidRPr="00871AA6">
        <w:rPr>
          <w:sz w:val="28"/>
          <w:szCs w:val="28"/>
          <w:lang w:val="ru-RU"/>
        </w:rPr>
        <w:t xml:space="preserve">, </w:t>
      </w:r>
      <w:proofErr w:type="spellStart"/>
      <w:r w:rsidRPr="00871AA6">
        <w:rPr>
          <w:sz w:val="28"/>
          <w:szCs w:val="28"/>
          <w:lang w:val="ru-RU"/>
        </w:rPr>
        <w:t>құрылымдық</w:t>
      </w:r>
      <w:proofErr w:type="spellEnd"/>
      <w:r w:rsidRPr="00871AA6">
        <w:rPr>
          <w:sz w:val="28"/>
          <w:szCs w:val="28"/>
          <w:lang w:val="ru-RU"/>
        </w:rPr>
        <w:t xml:space="preserve"> </w:t>
      </w:r>
      <w:proofErr w:type="spellStart"/>
      <w:r w:rsidRPr="00871AA6">
        <w:rPr>
          <w:sz w:val="28"/>
          <w:szCs w:val="28"/>
          <w:lang w:val="ru-RU"/>
        </w:rPr>
        <w:t>схемалар</w:t>
      </w:r>
      <w:proofErr w:type="spellEnd"/>
      <w:r w:rsidRPr="00871AA6">
        <w:rPr>
          <w:sz w:val="28"/>
          <w:szCs w:val="28"/>
          <w:lang w:val="ru-RU"/>
        </w:rPr>
        <w:t xml:space="preserve"> мен </w:t>
      </w:r>
      <w:proofErr w:type="spellStart"/>
      <w:r w:rsidRPr="00871AA6">
        <w:rPr>
          <w:sz w:val="28"/>
          <w:szCs w:val="28"/>
          <w:lang w:val="ru-RU"/>
        </w:rPr>
        <w:t>таблицаларды</w:t>
      </w:r>
      <w:proofErr w:type="spellEnd"/>
      <w:r w:rsidRPr="00871AA6">
        <w:rPr>
          <w:sz w:val="28"/>
          <w:szCs w:val="28"/>
          <w:lang w:val="ru-RU"/>
        </w:rPr>
        <w:t xml:space="preserve"> </w:t>
      </w:r>
      <w:proofErr w:type="spellStart"/>
      <w:r w:rsidRPr="00871AA6">
        <w:rPr>
          <w:sz w:val="28"/>
          <w:szCs w:val="28"/>
          <w:lang w:val="ru-RU"/>
        </w:rPr>
        <w:t>пайдалану</w:t>
      </w:r>
      <w:proofErr w:type="spellEnd"/>
      <w:r w:rsidRPr="00871AA6">
        <w:rPr>
          <w:sz w:val="28"/>
          <w:szCs w:val="28"/>
          <w:lang w:val="ru-RU"/>
        </w:rPr>
        <w:t xml:space="preserve"> </w:t>
      </w:r>
      <w:proofErr w:type="spellStart"/>
      <w:r w:rsidRPr="00871AA6">
        <w:rPr>
          <w:sz w:val="28"/>
          <w:szCs w:val="28"/>
          <w:lang w:val="ru-RU"/>
        </w:rPr>
        <w:t>мәселелері</w:t>
      </w:r>
      <w:proofErr w:type="spellEnd"/>
      <w:r w:rsidRPr="00871AA6">
        <w:rPr>
          <w:sz w:val="28"/>
          <w:szCs w:val="28"/>
          <w:lang w:val="ru-RU"/>
        </w:rPr>
        <w:t xml:space="preserve"> </w:t>
      </w:r>
      <w:proofErr w:type="spellStart"/>
      <w:r w:rsidRPr="00871AA6">
        <w:rPr>
          <w:sz w:val="28"/>
          <w:szCs w:val="28"/>
          <w:lang w:val="ru-RU"/>
        </w:rPr>
        <w:t>қарастырылды</w:t>
      </w:r>
      <w:proofErr w:type="spellEnd"/>
      <w:r w:rsidRPr="00871AA6">
        <w:rPr>
          <w:sz w:val="28"/>
          <w:szCs w:val="28"/>
          <w:lang w:val="ru-RU"/>
        </w:rPr>
        <w:t>.</w:t>
      </w:r>
    </w:p>
    <w:p w:rsidR="00E95EA3" w:rsidRPr="00871AA6" w:rsidRDefault="00000000" w:rsidP="00871AA6">
      <w:pPr>
        <w:spacing w:after="0" w:line="240" w:lineRule="auto"/>
        <w:ind w:firstLine="567"/>
        <w:jc w:val="both"/>
        <w:rPr>
          <w:sz w:val="28"/>
          <w:szCs w:val="28"/>
          <w:lang w:val="ru-RU"/>
        </w:rPr>
      </w:pPr>
      <w:r w:rsidRPr="00871AA6">
        <w:rPr>
          <w:sz w:val="28"/>
          <w:szCs w:val="28"/>
          <w:lang w:val="ru-RU"/>
        </w:rPr>
        <w:t xml:space="preserve">1970–1980 </w:t>
      </w:r>
      <w:proofErr w:type="spellStart"/>
      <w:r w:rsidRPr="00871AA6">
        <w:rPr>
          <w:sz w:val="28"/>
          <w:szCs w:val="28"/>
          <w:lang w:val="ru-RU"/>
        </w:rPr>
        <w:t>жылдары</w:t>
      </w:r>
      <w:proofErr w:type="spellEnd"/>
      <w:r w:rsidRPr="00871AA6">
        <w:rPr>
          <w:sz w:val="28"/>
          <w:szCs w:val="28"/>
          <w:lang w:val="ru-RU"/>
        </w:rPr>
        <w:t xml:space="preserve"> </w:t>
      </w:r>
      <w:proofErr w:type="spellStart"/>
      <w:r w:rsidRPr="00871AA6">
        <w:rPr>
          <w:sz w:val="28"/>
          <w:szCs w:val="28"/>
          <w:lang w:val="ru-RU"/>
        </w:rPr>
        <w:t>қазақ</w:t>
      </w:r>
      <w:proofErr w:type="spellEnd"/>
      <w:r w:rsidRPr="00871AA6">
        <w:rPr>
          <w:sz w:val="28"/>
          <w:szCs w:val="28"/>
          <w:lang w:val="ru-RU"/>
        </w:rPr>
        <w:t xml:space="preserve"> </w:t>
      </w:r>
      <w:proofErr w:type="spellStart"/>
      <w:r w:rsidRPr="00871AA6">
        <w:rPr>
          <w:sz w:val="28"/>
          <w:szCs w:val="28"/>
          <w:lang w:val="ru-RU"/>
        </w:rPr>
        <w:t>тілін</w:t>
      </w:r>
      <w:proofErr w:type="spellEnd"/>
      <w:r w:rsidRPr="00871AA6">
        <w:rPr>
          <w:sz w:val="28"/>
          <w:szCs w:val="28"/>
          <w:lang w:val="ru-RU"/>
        </w:rPr>
        <w:t xml:space="preserve"> </w:t>
      </w:r>
      <w:proofErr w:type="spellStart"/>
      <w:r w:rsidRPr="00871AA6">
        <w:rPr>
          <w:sz w:val="28"/>
          <w:szCs w:val="28"/>
          <w:lang w:val="ru-RU"/>
        </w:rPr>
        <w:t>оқыту</w:t>
      </w:r>
      <w:proofErr w:type="spellEnd"/>
      <w:r w:rsidRPr="00871AA6">
        <w:rPr>
          <w:sz w:val="28"/>
          <w:szCs w:val="28"/>
          <w:lang w:val="ru-RU"/>
        </w:rPr>
        <w:t xml:space="preserve"> </w:t>
      </w:r>
      <w:proofErr w:type="spellStart"/>
      <w:r w:rsidRPr="00871AA6">
        <w:rPr>
          <w:sz w:val="28"/>
          <w:szCs w:val="28"/>
          <w:lang w:val="ru-RU"/>
        </w:rPr>
        <w:t>әдістемесі</w:t>
      </w:r>
      <w:proofErr w:type="spellEnd"/>
      <w:r w:rsidRPr="00871AA6">
        <w:rPr>
          <w:sz w:val="28"/>
          <w:szCs w:val="28"/>
          <w:lang w:val="ru-RU"/>
        </w:rPr>
        <w:t xml:space="preserve"> </w:t>
      </w:r>
      <w:proofErr w:type="spellStart"/>
      <w:r w:rsidRPr="00871AA6">
        <w:rPr>
          <w:sz w:val="28"/>
          <w:szCs w:val="28"/>
          <w:lang w:val="ru-RU"/>
        </w:rPr>
        <w:t>жеке</w:t>
      </w:r>
      <w:proofErr w:type="spellEnd"/>
      <w:r w:rsidRPr="00871AA6">
        <w:rPr>
          <w:sz w:val="28"/>
          <w:szCs w:val="28"/>
          <w:lang w:val="ru-RU"/>
        </w:rPr>
        <w:t xml:space="preserve"> </w:t>
      </w:r>
      <w:proofErr w:type="spellStart"/>
      <w:r w:rsidRPr="00871AA6">
        <w:rPr>
          <w:sz w:val="28"/>
          <w:szCs w:val="28"/>
          <w:lang w:val="ru-RU"/>
        </w:rPr>
        <w:t>салаларды</w:t>
      </w:r>
      <w:proofErr w:type="spellEnd"/>
      <w:r w:rsidRPr="00871AA6">
        <w:rPr>
          <w:sz w:val="28"/>
          <w:szCs w:val="28"/>
          <w:lang w:val="ru-RU"/>
        </w:rPr>
        <w:t xml:space="preserve"> </w:t>
      </w:r>
      <w:proofErr w:type="spellStart"/>
      <w:r w:rsidRPr="00871AA6">
        <w:rPr>
          <w:sz w:val="28"/>
          <w:szCs w:val="28"/>
          <w:lang w:val="ru-RU"/>
        </w:rPr>
        <w:t>оқытумен</w:t>
      </w:r>
      <w:proofErr w:type="spellEnd"/>
      <w:r w:rsidRPr="00871AA6">
        <w:rPr>
          <w:sz w:val="28"/>
          <w:szCs w:val="28"/>
          <w:lang w:val="ru-RU"/>
        </w:rPr>
        <w:t xml:space="preserve"> </w:t>
      </w:r>
      <w:proofErr w:type="spellStart"/>
      <w:r w:rsidRPr="00871AA6">
        <w:rPr>
          <w:sz w:val="28"/>
          <w:szCs w:val="28"/>
          <w:lang w:val="ru-RU"/>
        </w:rPr>
        <w:t>ғана</w:t>
      </w:r>
      <w:proofErr w:type="spellEnd"/>
      <w:r w:rsidRPr="00871AA6">
        <w:rPr>
          <w:sz w:val="28"/>
          <w:szCs w:val="28"/>
          <w:lang w:val="ru-RU"/>
        </w:rPr>
        <w:t xml:space="preserve"> </w:t>
      </w:r>
      <w:proofErr w:type="spellStart"/>
      <w:r w:rsidRPr="00871AA6">
        <w:rPr>
          <w:sz w:val="28"/>
          <w:szCs w:val="28"/>
          <w:lang w:val="ru-RU"/>
        </w:rPr>
        <w:t>шектелмей</w:t>
      </w:r>
      <w:proofErr w:type="spellEnd"/>
      <w:r w:rsidRPr="00871AA6">
        <w:rPr>
          <w:sz w:val="28"/>
          <w:szCs w:val="28"/>
          <w:lang w:val="ru-RU"/>
        </w:rPr>
        <w:t xml:space="preserve">, </w:t>
      </w:r>
      <w:proofErr w:type="spellStart"/>
      <w:r w:rsidRPr="00871AA6">
        <w:rPr>
          <w:sz w:val="28"/>
          <w:szCs w:val="28"/>
          <w:lang w:val="ru-RU"/>
        </w:rPr>
        <w:t>оқыту</w:t>
      </w:r>
      <w:proofErr w:type="spellEnd"/>
      <w:r w:rsidRPr="00871AA6">
        <w:rPr>
          <w:sz w:val="28"/>
          <w:szCs w:val="28"/>
          <w:lang w:val="ru-RU"/>
        </w:rPr>
        <w:t xml:space="preserve"> </w:t>
      </w:r>
      <w:proofErr w:type="spellStart"/>
      <w:r w:rsidRPr="00871AA6">
        <w:rPr>
          <w:sz w:val="28"/>
          <w:szCs w:val="28"/>
          <w:lang w:val="ru-RU"/>
        </w:rPr>
        <w:t>құралдарын</w:t>
      </w:r>
      <w:proofErr w:type="spellEnd"/>
      <w:r w:rsidRPr="00871AA6">
        <w:rPr>
          <w:sz w:val="28"/>
          <w:szCs w:val="28"/>
          <w:lang w:val="ru-RU"/>
        </w:rPr>
        <w:t xml:space="preserve">, </w:t>
      </w:r>
      <w:proofErr w:type="spellStart"/>
      <w:r w:rsidRPr="00871AA6">
        <w:rPr>
          <w:sz w:val="28"/>
          <w:szCs w:val="28"/>
          <w:lang w:val="ru-RU"/>
        </w:rPr>
        <w:t>сабақ</w:t>
      </w:r>
      <w:proofErr w:type="spellEnd"/>
      <w:r w:rsidRPr="00871AA6">
        <w:rPr>
          <w:sz w:val="28"/>
          <w:szCs w:val="28"/>
          <w:lang w:val="ru-RU"/>
        </w:rPr>
        <w:t xml:space="preserve"> </w:t>
      </w:r>
      <w:proofErr w:type="spellStart"/>
      <w:r w:rsidRPr="00871AA6">
        <w:rPr>
          <w:sz w:val="28"/>
          <w:szCs w:val="28"/>
          <w:lang w:val="ru-RU"/>
        </w:rPr>
        <w:t>құрылымын</w:t>
      </w:r>
      <w:proofErr w:type="spellEnd"/>
      <w:r w:rsidRPr="00871AA6">
        <w:rPr>
          <w:sz w:val="28"/>
          <w:szCs w:val="28"/>
          <w:lang w:val="ru-RU"/>
        </w:rPr>
        <w:t xml:space="preserve">, </w:t>
      </w:r>
      <w:proofErr w:type="spellStart"/>
      <w:r w:rsidRPr="00871AA6">
        <w:rPr>
          <w:sz w:val="28"/>
          <w:szCs w:val="28"/>
          <w:lang w:val="ru-RU"/>
        </w:rPr>
        <w:t>тіл</w:t>
      </w:r>
      <w:proofErr w:type="spellEnd"/>
      <w:r w:rsidRPr="00871AA6">
        <w:rPr>
          <w:sz w:val="28"/>
          <w:szCs w:val="28"/>
          <w:lang w:val="ru-RU"/>
        </w:rPr>
        <w:t xml:space="preserve"> </w:t>
      </w:r>
      <w:proofErr w:type="spellStart"/>
      <w:r w:rsidRPr="00871AA6">
        <w:rPr>
          <w:sz w:val="28"/>
          <w:szCs w:val="28"/>
          <w:lang w:val="ru-RU"/>
        </w:rPr>
        <w:t>дамыту</w:t>
      </w:r>
      <w:proofErr w:type="spellEnd"/>
      <w:r w:rsidRPr="00871AA6">
        <w:rPr>
          <w:sz w:val="28"/>
          <w:szCs w:val="28"/>
          <w:lang w:val="ru-RU"/>
        </w:rPr>
        <w:t xml:space="preserve"> </w:t>
      </w:r>
      <w:proofErr w:type="spellStart"/>
      <w:r w:rsidRPr="00871AA6">
        <w:rPr>
          <w:sz w:val="28"/>
          <w:szCs w:val="28"/>
          <w:lang w:val="ru-RU"/>
        </w:rPr>
        <w:t>жұмыстарын</w:t>
      </w:r>
      <w:proofErr w:type="spellEnd"/>
      <w:r w:rsidRPr="00871AA6">
        <w:rPr>
          <w:sz w:val="28"/>
          <w:szCs w:val="28"/>
          <w:lang w:val="ru-RU"/>
        </w:rPr>
        <w:t xml:space="preserve"> </w:t>
      </w:r>
      <w:proofErr w:type="spellStart"/>
      <w:r w:rsidRPr="00871AA6">
        <w:rPr>
          <w:sz w:val="28"/>
          <w:szCs w:val="28"/>
          <w:lang w:val="ru-RU"/>
        </w:rPr>
        <w:t>және</w:t>
      </w:r>
      <w:proofErr w:type="spellEnd"/>
      <w:r w:rsidRPr="00871AA6">
        <w:rPr>
          <w:sz w:val="28"/>
          <w:szCs w:val="28"/>
          <w:lang w:val="ru-RU"/>
        </w:rPr>
        <w:t xml:space="preserve"> </w:t>
      </w:r>
      <w:proofErr w:type="spellStart"/>
      <w:r w:rsidRPr="00871AA6">
        <w:rPr>
          <w:sz w:val="28"/>
          <w:szCs w:val="28"/>
          <w:lang w:val="ru-RU"/>
        </w:rPr>
        <w:t>оқушының</w:t>
      </w:r>
      <w:proofErr w:type="spellEnd"/>
      <w:r w:rsidRPr="00871AA6">
        <w:rPr>
          <w:sz w:val="28"/>
          <w:szCs w:val="28"/>
          <w:lang w:val="ru-RU"/>
        </w:rPr>
        <w:t xml:space="preserve"> </w:t>
      </w:r>
      <w:proofErr w:type="spellStart"/>
      <w:r w:rsidRPr="00871AA6">
        <w:rPr>
          <w:sz w:val="28"/>
          <w:szCs w:val="28"/>
          <w:lang w:val="ru-RU"/>
        </w:rPr>
        <w:t>өз</w:t>
      </w:r>
      <w:proofErr w:type="spellEnd"/>
      <w:r w:rsidRPr="00871AA6">
        <w:rPr>
          <w:sz w:val="28"/>
          <w:szCs w:val="28"/>
          <w:lang w:val="ru-RU"/>
        </w:rPr>
        <w:t xml:space="preserve"> </w:t>
      </w:r>
      <w:proofErr w:type="spellStart"/>
      <w:r w:rsidRPr="00871AA6">
        <w:rPr>
          <w:sz w:val="28"/>
          <w:szCs w:val="28"/>
          <w:lang w:val="ru-RU"/>
        </w:rPr>
        <w:t>бетімен</w:t>
      </w:r>
      <w:proofErr w:type="spellEnd"/>
      <w:r w:rsidRPr="00871AA6">
        <w:rPr>
          <w:sz w:val="28"/>
          <w:szCs w:val="28"/>
          <w:lang w:val="ru-RU"/>
        </w:rPr>
        <w:t xml:space="preserve"> </w:t>
      </w:r>
      <w:proofErr w:type="spellStart"/>
      <w:r w:rsidRPr="00871AA6">
        <w:rPr>
          <w:sz w:val="28"/>
          <w:szCs w:val="28"/>
          <w:lang w:val="ru-RU"/>
        </w:rPr>
        <w:t>жұмысын</w:t>
      </w:r>
      <w:proofErr w:type="spellEnd"/>
      <w:r w:rsidRPr="00871AA6">
        <w:rPr>
          <w:sz w:val="28"/>
          <w:szCs w:val="28"/>
          <w:lang w:val="ru-RU"/>
        </w:rPr>
        <w:t xml:space="preserve"> </w:t>
      </w:r>
      <w:proofErr w:type="spellStart"/>
      <w:r w:rsidRPr="00871AA6">
        <w:rPr>
          <w:sz w:val="28"/>
          <w:szCs w:val="28"/>
          <w:lang w:val="ru-RU"/>
        </w:rPr>
        <w:t>ұйымдастыру</w:t>
      </w:r>
      <w:proofErr w:type="spellEnd"/>
      <w:r w:rsidRPr="00871AA6">
        <w:rPr>
          <w:sz w:val="28"/>
          <w:szCs w:val="28"/>
          <w:lang w:val="ru-RU"/>
        </w:rPr>
        <w:t xml:space="preserve"> </w:t>
      </w:r>
      <w:proofErr w:type="spellStart"/>
      <w:r w:rsidRPr="00871AA6">
        <w:rPr>
          <w:sz w:val="28"/>
          <w:szCs w:val="28"/>
          <w:lang w:val="ru-RU"/>
        </w:rPr>
        <w:t>мәселелерімен</w:t>
      </w:r>
      <w:proofErr w:type="spellEnd"/>
      <w:r w:rsidRPr="00871AA6">
        <w:rPr>
          <w:sz w:val="28"/>
          <w:szCs w:val="28"/>
          <w:lang w:val="ru-RU"/>
        </w:rPr>
        <w:t xml:space="preserve"> </w:t>
      </w:r>
      <w:proofErr w:type="spellStart"/>
      <w:r w:rsidRPr="00871AA6">
        <w:rPr>
          <w:sz w:val="28"/>
          <w:szCs w:val="28"/>
          <w:lang w:val="ru-RU"/>
        </w:rPr>
        <w:t>толықты</w:t>
      </w:r>
      <w:proofErr w:type="spellEnd"/>
      <w:r w:rsidRPr="00871AA6">
        <w:rPr>
          <w:sz w:val="28"/>
          <w:szCs w:val="28"/>
          <w:lang w:val="ru-RU"/>
        </w:rPr>
        <w:t xml:space="preserve">. </w:t>
      </w:r>
      <w:proofErr w:type="spellStart"/>
      <w:r w:rsidRPr="00871AA6">
        <w:rPr>
          <w:sz w:val="28"/>
          <w:szCs w:val="28"/>
          <w:lang w:val="ru-RU"/>
        </w:rPr>
        <w:t>Ш.Әуелбаев</w:t>
      </w:r>
      <w:proofErr w:type="spellEnd"/>
      <w:r w:rsidRPr="00871AA6">
        <w:rPr>
          <w:sz w:val="28"/>
          <w:szCs w:val="28"/>
          <w:lang w:val="ru-RU"/>
        </w:rPr>
        <w:t xml:space="preserve"> синтаксис пен </w:t>
      </w:r>
      <w:proofErr w:type="spellStart"/>
      <w:r w:rsidRPr="00871AA6">
        <w:rPr>
          <w:sz w:val="28"/>
          <w:szCs w:val="28"/>
          <w:lang w:val="ru-RU"/>
        </w:rPr>
        <w:t>пунктуацияны</w:t>
      </w:r>
      <w:proofErr w:type="spellEnd"/>
      <w:r w:rsidRPr="00871AA6">
        <w:rPr>
          <w:sz w:val="28"/>
          <w:szCs w:val="28"/>
          <w:lang w:val="ru-RU"/>
        </w:rPr>
        <w:t xml:space="preserve"> </w:t>
      </w:r>
      <w:proofErr w:type="spellStart"/>
      <w:r w:rsidRPr="00871AA6">
        <w:rPr>
          <w:sz w:val="28"/>
          <w:szCs w:val="28"/>
          <w:lang w:val="ru-RU"/>
        </w:rPr>
        <w:t>оқытуға</w:t>
      </w:r>
      <w:proofErr w:type="spellEnd"/>
      <w:r w:rsidRPr="00871AA6">
        <w:rPr>
          <w:sz w:val="28"/>
          <w:szCs w:val="28"/>
          <w:lang w:val="ru-RU"/>
        </w:rPr>
        <w:t xml:space="preserve"> </w:t>
      </w:r>
      <w:proofErr w:type="spellStart"/>
      <w:r w:rsidRPr="00871AA6">
        <w:rPr>
          <w:sz w:val="28"/>
          <w:szCs w:val="28"/>
          <w:lang w:val="ru-RU"/>
        </w:rPr>
        <w:t>арналған</w:t>
      </w:r>
      <w:proofErr w:type="spellEnd"/>
      <w:r w:rsidRPr="00871AA6">
        <w:rPr>
          <w:sz w:val="28"/>
          <w:szCs w:val="28"/>
          <w:lang w:val="ru-RU"/>
        </w:rPr>
        <w:t xml:space="preserve"> </w:t>
      </w:r>
      <w:proofErr w:type="spellStart"/>
      <w:r w:rsidRPr="00871AA6">
        <w:rPr>
          <w:sz w:val="28"/>
          <w:szCs w:val="28"/>
          <w:lang w:val="ru-RU"/>
        </w:rPr>
        <w:t>құрылымдық</w:t>
      </w:r>
      <w:proofErr w:type="spellEnd"/>
      <w:r w:rsidRPr="00871AA6">
        <w:rPr>
          <w:sz w:val="28"/>
          <w:szCs w:val="28"/>
          <w:lang w:val="ru-RU"/>
        </w:rPr>
        <w:t xml:space="preserve"> </w:t>
      </w:r>
      <w:proofErr w:type="spellStart"/>
      <w:r w:rsidRPr="00871AA6">
        <w:rPr>
          <w:sz w:val="28"/>
          <w:szCs w:val="28"/>
          <w:lang w:val="ru-RU"/>
        </w:rPr>
        <w:t>схемалар</w:t>
      </w:r>
      <w:proofErr w:type="spellEnd"/>
      <w:r w:rsidRPr="00871AA6">
        <w:rPr>
          <w:sz w:val="28"/>
          <w:szCs w:val="28"/>
          <w:lang w:val="ru-RU"/>
        </w:rPr>
        <w:t xml:space="preserve">, </w:t>
      </w:r>
      <w:proofErr w:type="spellStart"/>
      <w:r w:rsidRPr="00871AA6">
        <w:rPr>
          <w:sz w:val="28"/>
          <w:szCs w:val="28"/>
          <w:lang w:val="ru-RU"/>
        </w:rPr>
        <w:t>пунктуацияның</w:t>
      </w:r>
      <w:proofErr w:type="spellEnd"/>
      <w:r w:rsidRPr="00871AA6">
        <w:rPr>
          <w:sz w:val="28"/>
          <w:szCs w:val="28"/>
          <w:lang w:val="ru-RU"/>
        </w:rPr>
        <w:t xml:space="preserve"> </w:t>
      </w:r>
      <w:proofErr w:type="spellStart"/>
      <w:r w:rsidRPr="00871AA6">
        <w:rPr>
          <w:sz w:val="28"/>
          <w:szCs w:val="28"/>
          <w:lang w:val="ru-RU"/>
        </w:rPr>
        <w:t>қиын</w:t>
      </w:r>
      <w:proofErr w:type="spellEnd"/>
      <w:r w:rsidRPr="00871AA6">
        <w:rPr>
          <w:sz w:val="28"/>
          <w:szCs w:val="28"/>
          <w:lang w:val="ru-RU"/>
        </w:rPr>
        <w:t xml:space="preserve"> </w:t>
      </w:r>
      <w:proofErr w:type="spellStart"/>
      <w:r w:rsidRPr="00871AA6">
        <w:rPr>
          <w:sz w:val="28"/>
          <w:szCs w:val="28"/>
          <w:lang w:val="ru-RU"/>
        </w:rPr>
        <w:t>мәселелері</w:t>
      </w:r>
      <w:proofErr w:type="spellEnd"/>
      <w:r w:rsidRPr="00871AA6">
        <w:rPr>
          <w:sz w:val="28"/>
          <w:szCs w:val="28"/>
          <w:lang w:val="ru-RU"/>
        </w:rPr>
        <w:t xml:space="preserve"> </w:t>
      </w:r>
      <w:proofErr w:type="spellStart"/>
      <w:r w:rsidRPr="00871AA6">
        <w:rPr>
          <w:sz w:val="28"/>
          <w:szCs w:val="28"/>
          <w:lang w:val="ru-RU"/>
        </w:rPr>
        <w:t>және</w:t>
      </w:r>
      <w:proofErr w:type="spellEnd"/>
      <w:r w:rsidRPr="00871AA6">
        <w:rPr>
          <w:sz w:val="28"/>
          <w:szCs w:val="28"/>
          <w:lang w:val="ru-RU"/>
        </w:rPr>
        <w:t xml:space="preserve"> </w:t>
      </w:r>
      <w:proofErr w:type="spellStart"/>
      <w:r w:rsidRPr="00871AA6">
        <w:rPr>
          <w:sz w:val="28"/>
          <w:szCs w:val="28"/>
          <w:lang w:val="ru-RU"/>
        </w:rPr>
        <w:t>сабақ</w:t>
      </w:r>
      <w:proofErr w:type="spellEnd"/>
      <w:r w:rsidRPr="00871AA6">
        <w:rPr>
          <w:sz w:val="28"/>
          <w:szCs w:val="28"/>
          <w:lang w:val="ru-RU"/>
        </w:rPr>
        <w:t xml:space="preserve"> </w:t>
      </w:r>
      <w:proofErr w:type="spellStart"/>
      <w:r w:rsidRPr="00871AA6">
        <w:rPr>
          <w:sz w:val="28"/>
          <w:szCs w:val="28"/>
          <w:lang w:val="ru-RU"/>
        </w:rPr>
        <w:t>мазмұны</w:t>
      </w:r>
      <w:proofErr w:type="spellEnd"/>
      <w:r w:rsidRPr="00871AA6">
        <w:rPr>
          <w:sz w:val="28"/>
          <w:szCs w:val="28"/>
          <w:lang w:val="ru-RU"/>
        </w:rPr>
        <w:t xml:space="preserve"> мен </w:t>
      </w:r>
      <w:proofErr w:type="spellStart"/>
      <w:r w:rsidRPr="00871AA6">
        <w:rPr>
          <w:sz w:val="28"/>
          <w:szCs w:val="28"/>
          <w:lang w:val="ru-RU"/>
        </w:rPr>
        <w:t>жоспарлау</w:t>
      </w:r>
      <w:proofErr w:type="spellEnd"/>
      <w:r w:rsidRPr="00871AA6">
        <w:rPr>
          <w:sz w:val="28"/>
          <w:szCs w:val="28"/>
          <w:lang w:val="ru-RU"/>
        </w:rPr>
        <w:t xml:space="preserve"> </w:t>
      </w:r>
      <w:proofErr w:type="spellStart"/>
      <w:r w:rsidRPr="00871AA6">
        <w:rPr>
          <w:sz w:val="28"/>
          <w:szCs w:val="28"/>
          <w:lang w:val="ru-RU"/>
        </w:rPr>
        <w:t>үлгілері</w:t>
      </w:r>
      <w:proofErr w:type="spellEnd"/>
      <w:r w:rsidRPr="00871AA6">
        <w:rPr>
          <w:sz w:val="28"/>
          <w:szCs w:val="28"/>
          <w:lang w:val="ru-RU"/>
        </w:rPr>
        <w:t xml:space="preserve"> </w:t>
      </w:r>
      <w:proofErr w:type="spellStart"/>
      <w:r w:rsidRPr="00871AA6">
        <w:rPr>
          <w:sz w:val="28"/>
          <w:szCs w:val="28"/>
          <w:lang w:val="ru-RU"/>
        </w:rPr>
        <w:t>бойынша</w:t>
      </w:r>
      <w:proofErr w:type="spellEnd"/>
      <w:r w:rsidRPr="00871AA6">
        <w:rPr>
          <w:sz w:val="28"/>
          <w:szCs w:val="28"/>
          <w:lang w:val="ru-RU"/>
        </w:rPr>
        <w:t xml:space="preserve"> </w:t>
      </w:r>
      <w:proofErr w:type="spellStart"/>
      <w:r w:rsidRPr="00871AA6">
        <w:rPr>
          <w:sz w:val="28"/>
          <w:szCs w:val="28"/>
          <w:lang w:val="ru-RU"/>
        </w:rPr>
        <w:t>еңбектер</w:t>
      </w:r>
      <w:proofErr w:type="spellEnd"/>
      <w:r w:rsidRPr="00871AA6">
        <w:rPr>
          <w:sz w:val="28"/>
          <w:szCs w:val="28"/>
          <w:lang w:val="ru-RU"/>
        </w:rPr>
        <w:t xml:space="preserve"> </w:t>
      </w:r>
      <w:proofErr w:type="spellStart"/>
      <w:r w:rsidRPr="00871AA6">
        <w:rPr>
          <w:sz w:val="28"/>
          <w:szCs w:val="28"/>
          <w:lang w:val="ru-RU"/>
        </w:rPr>
        <w:t>ұсынды</w:t>
      </w:r>
      <w:proofErr w:type="spellEnd"/>
      <w:r w:rsidRPr="00871AA6">
        <w:rPr>
          <w:sz w:val="28"/>
          <w:szCs w:val="28"/>
          <w:lang w:val="ru-RU"/>
        </w:rPr>
        <w:t>.</w:t>
      </w:r>
    </w:p>
    <w:p w:rsidR="00E95EA3" w:rsidRPr="00871AA6" w:rsidRDefault="00000000" w:rsidP="00871AA6">
      <w:pPr>
        <w:spacing w:after="0" w:line="240" w:lineRule="auto"/>
        <w:ind w:firstLine="567"/>
        <w:jc w:val="both"/>
        <w:rPr>
          <w:sz w:val="28"/>
          <w:szCs w:val="28"/>
          <w:lang w:val="ru-RU"/>
        </w:rPr>
      </w:pPr>
      <w:proofErr w:type="spellStart"/>
      <w:r w:rsidRPr="00871AA6">
        <w:rPr>
          <w:sz w:val="28"/>
          <w:szCs w:val="28"/>
          <w:lang w:val="ru-RU"/>
        </w:rPr>
        <w:t>Бұл</w:t>
      </w:r>
      <w:proofErr w:type="spellEnd"/>
      <w:r w:rsidRPr="00871AA6">
        <w:rPr>
          <w:sz w:val="28"/>
          <w:szCs w:val="28"/>
          <w:lang w:val="ru-RU"/>
        </w:rPr>
        <w:t xml:space="preserve"> </w:t>
      </w:r>
      <w:proofErr w:type="spellStart"/>
      <w:r w:rsidRPr="00871AA6">
        <w:rPr>
          <w:sz w:val="28"/>
          <w:szCs w:val="28"/>
          <w:lang w:val="ru-RU"/>
        </w:rPr>
        <w:t>кезеңде</w:t>
      </w:r>
      <w:proofErr w:type="spellEnd"/>
      <w:r w:rsidRPr="00871AA6">
        <w:rPr>
          <w:sz w:val="28"/>
          <w:szCs w:val="28"/>
          <w:lang w:val="ru-RU"/>
        </w:rPr>
        <w:t xml:space="preserve"> </w:t>
      </w:r>
      <w:proofErr w:type="spellStart"/>
      <w:r w:rsidRPr="00871AA6">
        <w:rPr>
          <w:sz w:val="28"/>
          <w:szCs w:val="28"/>
          <w:lang w:val="ru-RU"/>
        </w:rPr>
        <w:t>лексиканы</w:t>
      </w:r>
      <w:proofErr w:type="spellEnd"/>
      <w:r w:rsidRPr="00871AA6">
        <w:rPr>
          <w:sz w:val="28"/>
          <w:szCs w:val="28"/>
          <w:lang w:val="ru-RU"/>
        </w:rPr>
        <w:t xml:space="preserve"> </w:t>
      </w:r>
      <w:proofErr w:type="spellStart"/>
      <w:r w:rsidRPr="00871AA6">
        <w:rPr>
          <w:sz w:val="28"/>
          <w:szCs w:val="28"/>
          <w:lang w:val="ru-RU"/>
        </w:rPr>
        <w:t>оқыту</w:t>
      </w:r>
      <w:proofErr w:type="spellEnd"/>
      <w:r w:rsidRPr="00871AA6">
        <w:rPr>
          <w:sz w:val="28"/>
          <w:szCs w:val="28"/>
          <w:lang w:val="ru-RU"/>
        </w:rPr>
        <w:t xml:space="preserve"> </w:t>
      </w:r>
      <w:proofErr w:type="spellStart"/>
      <w:r w:rsidRPr="00871AA6">
        <w:rPr>
          <w:sz w:val="28"/>
          <w:szCs w:val="28"/>
          <w:lang w:val="ru-RU"/>
        </w:rPr>
        <w:t>әдістемесі</w:t>
      </w:r>
      <w:proofErr w:type="spellEnd"/>
      <w:r w:rsidRPr="00871AA6">
        <w:rPr>
          <w:sz w:val="28"/>
          <w:szCs w:val="28"/>
          <w:lang w:val="ru-RU"/>
        </w:rPr>
        <w:t xml:space="preserve"> де </w:t>
      </w:r>
      <w:proofErr w:type="spellStart"/>
      <w:r w:rsidRPr="00871AA6">
        <w:rPr>
          <w:sz w:val="28"/>
          <w:szCs w:val="28"/>
          <w:lang w:val="ru-RU"/>
        </w:rPr>
        <w:t>дами</w:t>
      </w:r>
      <w:proofErr w:type="spellEnd"/>
      <w:r w:rsidRPr="00871AA6">
        <w:rPr>
          <w:sz w:val="28"/>
          <w:szCs w:val="28"/>
          <w:lang w:val="ru-RU"/>
        </w:rPr>
        <w:t xml:space="preserve"> </w:t>
      </w:r>
      <w:proofErr w:type="spellStart"/>
      <w:r w:rsidRPr="00871AA6">
        <w:rPr>
          <w:sz w:val="28"/>
          <w:szCs w:val="28"/>
          <w:lang w:val="ru-RU"/>
        </w:rPr>
        <w:t>бастады</w:t>
      </w:r>
      <w:proofErr w:type="spellEnd"/>
      <w:r w:rsidRPr="00871AA6">
        <w:rPr>
          <w:sz w:val="28"/>
          <w:szCs w:val="28"/>
          <w:lang w:val="ru-RU"/>
        </w:rPr>
        <w:t xml:space="preserve">. 1978 </w:t>
      </w:r>
      <w:proofErr w:type="spellStart"/>
      <w:r w:rsidRPr="00871AA6">
        <w:rPr>
          <w:sz w:val="28"/>
          <w:szCs w:val="28"/>
          <w:lang w:val="ru-RU"/>
        </w:rPr>
        <w:t>жылдан</w:t>
      </w:r>
      <w:proofErr w:type="spellEnd"/>
      <w:r w:rsidRPr="00871AA6">
        <w:rPr>
          <w:sz w:val="28"/>
          <w:szCs w:val="28"/>
          <w:lang w:val="ru-RU"/>
        </w:rPr>
        <w:t xml:space="preserve"> </w:t>
      </w:r>
      <w:proofErr w:type="spellStart"/>
      <w:r w:rsidRPr="00871AA6">
        <w:rPr>
          <w:sz w:val="28"/>
          <w:szCs w:val="28"/>
          <w:lang w:val="ru-RU"/>
        </w:rPr>
        <w:t>бастап</w:t>
      </w:r>
      <w:proofErr w:type="spellEnd"/>
      <w:r w:rsidRPr="00871AA6">
        <w:rPr>
          <w:sz w:val="28"/>
          <w:szCs w:val="28"/>
          <w:lang w:val="ru-RU"/>
        </w:rPr>
        <w:t xml:space="preserve"> лексика </w:t>
      </w:r>
      <w:proofErr w:type="spellStart"/>
      <w:r w:rsidRPr="00871AA6">
        <w:rPr>
          <w:sz w:val="28"/>
          <w:szCs w:val="28"/>
          <w:lang w:val="ru-RU"/>
        </w:rPr>
        <w:t>бөлімі</w:t>
      </w:r>
      <w:proofErr w:type="spellEnd"/>
      <w:r w:rsidRPr="00871AA6">
        <w:rPr>
          <w:sz w:val="28"/>
          <w:szCs w:val="28"/>
          <w:lang w:val="ru-RU"/>
        </w:rPr>
        <w:t xml:space="preserve"> </w:t>
      </w:r>
      <w:proofErr w:type="spellStart"/>
      <w:r w:rsidRPr="00871AA6">
        <w:rPr>
          <w:sz w:val="28"/>
          <w:szCs w:val="28"/>
          <w:lang w:val="ru-RU"/>
        </w:rPr>
        <w:t>арнайы</w:t>
      </w:r>
      <w:proofErr w:type="spellEnd"/>
      <w:r w:rsidRPr="00871AA6">
        <w:rPr>
          <w:sz w:val="28"/>
          <w:szCs w:val="28"/>
          <w:lang w:val="ru-RU"/>
        </w:rPr>
        <w:t xml:space="preserve"> </w:t>
      </w:r>
      <w:proofErr w:type="spellStart"/>
      <w:r w:rsidRPr="00871AA6">
        <w:rPr>
          <w:sz w:val="28"/>
          <w:szCs w:val="28"/>
          <w:lang w:val="ru-RU"/>
        </w:rPr>
        <w:t>зерттеле</w:t>
      </w:r>
      <w:proofErr w:type="spellEnd"/>
      <w:r w:rsidRPr="00871AA6">
        <w:rPr>
          <w:sz w:val="28"/>
          <w:szCs w:val="28"/>
          <w:lang w:val="ru-RU"/>
        </w:rPr>
        <w:t xml:space="preserve"> </w:t>
      </w:r>
      <w:proofErr w:type="spellStart"/>
      <w:r w:rsidRPr="00871AA6">
        <w:rPr>
          <w:sz w:val="28"/>
          <w:szCs w:val="28"/>
          <w:lang w:val="ru-RU"/>
        </w:rPr>
        <w:t>бастады</w:t>
      </w:r>
      <w:proofErr w:type="spellEnd"/>
      <w:r w:rsidRPr="00871AA6">
        <w:rPr>
          <w:sz w:val="28"/>
          <w:szCs w:val="28"/>
          <w:lang w:val="ru-RU"/>
        </w:rPr>
        <w:t xml:space="preserve">. Айтбай </w:t>
      </w:r>
      <w:proofErr w:type="spellStart"/>
      <w:r w:rsidRPr="00871AA6">
        <w:rPr>
          <w:sz w:val="28"/>
          <w:szCs w:val="28"/>
          <w:lang w:val="ru-RU"/>
        </w:rPr>
        <w:t>Айғабыловтың</w:t>
      </w:r>
      <w:proofErr w:type="spellEnd"/>
      <w:r w:rsidRPr="00871AA6">
        <w:rPr>
          <w:sz w:val="28"/>
          <w:szCs w:val="28"/>
          <w:lang w:val="ru-RU"/>
        </w:rPr>
        <w:t xml:space="preserve"> «</w:t>
      </w:r>
      <w:proofErr w:type="spellStart"/>
      <w:r w:rsidRPr="00871AA6">
        <w:rPr>
          <w:sz w:val="28"/>
          <w:szCs w:val="28"/>
          <w:lang w:val="ru-RU"/>
        </w:rPr>
        <w:t>Лексиканы</w:t>
      </w:r>
      <w:proofErr w:type="spellEnd"/>
      <w:r w:rsidRPr="00871AA6">
        <w:rPr>
          <w:sz w:val="28"/>
          <w:szCs w:val="28"/>
          <w:lang w:val="ru-RU"/>
        </w:rPr>
        <w:t xml:space="preserve"> </w:t>
      </w:r>
      <w:proofErr w:type="spellStart"/>
      <w:r w:rsidRPr="00871AA6">
        <w:rPr>
          <w:sz w:val="28"/>
          <w:szCs w:val="28"/>
          <w:lang w:val="ru-RU"/>
        </w:rPr>
        <w:t>оқытудың</w:t>
      </w:r>
      <w:proofErr w:type="spellEnd"/>
      <w:r w:rsidRPr="00871AA6">
        <w:rPr>
          <w:sz w:val="28"/>
          <w:szCs w:val="28"/>
          <w:lang w:val="ru-RU"/>
        </w:rPr>
        <w:t xml:space="preserve"> </w:t>
      </w:r>
      <w:proofErr w:type="spellStart"/>
      <w:r w:rsidRPr="00871AA6">
        <w:rPr>
          <w:sz w:val="28"/>
          <w:szCs w:val="28"/>
          <w:lang w:val="ru-RU"/>
        </w:rPr>
        <w:t>кейбір</w:t>
      </w:r>
      <w:proofErr w:type="spellEnd"/>
      <w:r w:rsidRPr="00871AA6">
        <w:rPr>
          <w:sz w:val="28"/>
          <w:szCs w:val="28"/>
          <w:lang w:val="ru-RU"/>
        </w:rPr>
        <w:t xml:space="preserve"> </w:t>
      </w:r>
      <w:proofErr w:type="spellStart"/>
      <w:r w:rsidRPr="00871AA6">
        <w:rPr>
          <w:sz w:val="28"/>
          <w:szCs w:val="28"/>
          <w:lang w:val="ru-RU"/>
        </w:rPr>
        <w:t>мәселелері</w:t>
      </w:r>
      <w:proofErr w:type="spellEnd"/>
      <w:r w:rsidRPr="00871AA6">
        <w:rPr>
          <w:sz w:val="28"/>
          <w:szCs w:val="28"/>
          <w:lang w:val="ru-RU"/>
        </w:rPr>
        <w:t xml:space="preserve">» </w:t>
      </w:r>
      <w:proofErr w:type="spellStart"/>
      <w:r w:rsidRPr="00871AA6">
        <w:rPr>
          <w:sz w:val="28"/>
          <w:szCs w:val="28"/>
          <w:lang w:val="ru-RU"/>
        </w:rPr>
        <w:t>еңбегі</w:t>
      </w:r>
      <w:proofErr w:type="spellEnd"/>
      <w:r w:rsidRPr="00871AA6">
        <w:rPr>
          <w:sz w:val="28"/>
          <w:szCs w:val="28"/>
          <w:lang w:val="ru-RU"/>
        </w:rPr>
        <w:t xml:space="preserve"> осы </w:t>
      </w:r>
      <w:proofErr w:type="spellStart"/>
      <w:r w:rsidRPr="00871AA6">
        <w:rPr>
          <w:sz w:val="28"/>
          <w:szCs w:val="28"/>
          <w:lang w:val="ru-RU"/>
        </w:rPr>
        <w:t>бағыттағы</w:t>
      </w:r>
      <w:proofErr w:type="spellEnd"/>
      <w:r w:rsidRPr="00871AA6">
        <w:rPr>
          <w:sz w:val="28"/>
          <w:szCs w:val="28"/>
          <w:lang w:val="ru-RU"/>
        </w:rPr>
        <w:t xml:space="preserve"> </w:t>
      </w:r>
      <w:proofErr w:type="spellStart"/>
      <w:r w:rsidRPr="00871AA6">
        <w:rPr>
          <w:sz w:val="28"/>
          <w:szCs w:val="28"/>
          <w:lang w:val="ru-RU"/>
        </w:rPr>
        <w:t>зерттеулердің</w:t>
      </w:r>
      <w:proofErr w:type="spellEnd"/>
      <w:r w:rsidRPr="00871AA6">
        <w:rPr>
          <w:sz w:val="28"/>
          <w:szCs w:val="28"/>
          <w:lang w:val="ru-RU"/>
        </w:rPr>
        <w:t xml:space="preserve"> </w:t>
      </w:r>
      <w:proofErr w:type="spellStart"/>
      <w:r w:rsidRPr="00871AA6">
        <w:rPr>
          <w:sz w:val="28"/>
          <w:szCs w:val="28"/>
          <w:lang w:val="ru-RU"/>
        </w:rPr>
        <w:t>бірі</w:t>
      </w:r>
      <w:proofErr w:type="spellEnd"/>
      <w:r w:rsidRPr="00871AA6">
        <w:rPr>
          <w:sz w:val="28"/>
          <w:szCs w:val="28"/>
          <w:lang w:val="ru-RU"/>
        </w:rPr>
        <w:t xml:space="preserve"> </w:t>
      </w:r>
      <w:proofErr w:type="spellStart"/>
      <w:r w:rsidRPr="00871AA6">
        <w:rPr>
          <w:sz w:val="28"/>
          <w:szCs w:val="28"/>
          <w:lang w:val="ru-RU"/>
        </w:rPr>
        <w:t>болды</w:t>
      </w:r>
      <w:proofErr w:type="spellEnd"/>
      <w:r w:rsidRPr="00871AA6">
        <w:rPr>
          <w:sz w:val="28"/>
          <w:szCs w:val="28"/>
          <w:lang w:val="ru-RU"/>
        </w:rPr>
        <w:t xml:space="preserve">. </w:t>
      </w:r>
      <w:proofErr w:type="spellStart"/>
      <w:r w:rsidRPr="00871AA6">
        <w:rPr>
          <w:sz w:val="28"/>
          <w:szCs w:val="28"/>
          <w:lang w:val="ru-RU"/>
        </w:rPr>
        <w:t>Сонымен</w:t>
      </w:r>
      <w:proofErr w:type="spellEnd"/>
      <w:r w:rsidRPr="00871AA6">
        <w:rPr>
          <w:sz w:val="28"/>
          <w:szCs w:val="28"/>
          <w:lang w:val="ru-RU"/>
        </w:rPr>
        <w:t xml:space="preserve"> </w:t>
      </w:r>
      <w:proofErr w:type="spellStart"/>
      <w:r w:rsidRPr="00871AA6">
        <w:rPr>
          <w:sz w:val="28"/>
          <w:szCs w:val="28"/>
          <w:lang w:val="ru-RU"/>
        </w:rPr>
        <w:t>қатар</w:t>
      </w:r>
      <w:proofErr w:type="spellEnd"/>
      <w:r w:rsidRPr="00871AA6">
        <w:rPr>
          <w:sz w:val="28"/>
          <w:szCs w:val="28"/>
          <w:lang w:val="ru-RU"/>
        </w:rPr>
        <w:t xml:space="preserve"> </w:t>
      </w:r>
      <w:proofErr w:type="spellStart"/>
      <w:r w:rsidRPr="00871AA6">
        <w:rPr>
          <w:sz w:val="28"/>
          <w:szCs w:val="28"/>
          <w:lang w:val="ru-RU"/>
        </w:rPr>
        <w:t>оқулықтар</w:t>
      </w:r>
      <w:proofErr w:type="spellEnd"/>
      <w:r w:rsidRPr="00871AA6">
        <w:rPr>
          <w:sz w:val="28"/>
          <w:szCs w:val="28"/>
          <w:lang w:val="ru-RU"/>
        </w:rPr>
        <w:t xml:space="preserve">, </w:t>
      </w:r>
      <w:proofErr w:type="spellStart"/>
      <w:r w:rsidRPr="00871AA6">
        <w:rPr>
          <w:sz w:val="28"/>
          <w:szCs w:val="28"/>
          <w:lang w:val="ru-RU"/>
        </w:rPr>
        <w:t>әдістемелік</w:t>
      </w:r>
      <w:proofErr w:type="spellEnd"/>
      <w:r w:rsidRPr="00871AA6">
        <w:rPr>
          <w:sz w:val="28"/>
          <w:szCs w:val="28"/>
          <w:lang w:val="ru-RU"/>
        </w:rPr>
        <w:t xml:space="preserve"> </w:t>
      </w:r>
      <w:proofErr w:type="spellStart"/>
      <w:r w:rsidRPr="00871AA6">
        <w:rPr>
          <w:sz w:val="28"/>
          <w:szCs w:val="28"/>
          <w:lang w:val="ru-RU"/>
        </w:rPr>
        <w:t>нұсқаулар</w:t>
      </w:r>
      <w:proofErr w:type="spellEnd"/>
      <w:r w:rsidRPr="00871AA6">
        <w:rPr>
          <w:sz w:val="28"/>
          <w:szCs w:val="28"/>
          <w:lang w:val="ru-RU"/>
        </w:rPr>
        <w:t xml:space="preserve">, </w:t>
      </w:r>
      <w:proofErr w:type="spellStart"/>
      <w:r w:rsidRPr="00871AA6">
        <w:rPr>
          <w:sz w:val="28"/>
          <w:szCs w:val="28"/>
          <w:lang w:val="ru-RU"/>
        </w:rPr>
        <w:t>грамматикалық</w:t>
      </w:r>
      <w:proofErr w:type="spellEnd"/>
      <w:r w:rsidRPr="00871AA6">
        <w:rPr>
          <w:sz w:val="28"/>
          <w:szCs w:val="28"/>
          <w:lang w:val="ru-RU"/>
        </w:rPr>
        <w:t xml:space="preserve"> </w:t>
      </w:r>
      <w:proofErr w:type="spellStart"/>
      <w:r w:rsidRPr="00871AA6">
        <w:rPr>
          <w:sz w:val="28"/>
          <w:szCs w:val="28"/>
          <w:lang w:val="ru-RU"/>
        </w:rPr>
        <w:t>таблицалар</w:t>
      </w:r>
      <w:proofErr w:type="spellEnd"/>
      <w:r w:rsidRPr="00871AA6">
        <w:rPr>
          <w:sz w:val="28"/>
          <w:szCs w:val="28"/>
          <w:lang w:val="ru-RU"/>
        </w:rPr>
        <w:t xml:space="preserve"> </w:t>
      </w:r>
      <w:proofErr w:type="spellStart"/>
      <w:r w:rsidRPr="00871AA6">
        <w:rPr>
          <w:sz w:val="28"/>
          <w:szCs w:val="28"/>
          <w:lang w:val="ru-RU"/>
        </w:rPr>
        <w:t>және</w:t>
      </w:r>
      <w:proofErr w:type="spellEnd"/>
      <w:r w:rsidRPr="00871AA6">
        <w:rPr>
          <w:sz w:val="28"/>
          <w:szCs w:val="28"/>
          <w:lang w:val="ru-RU"/>
        </w:rPr>
        <w:t xml:space="preserve"> </w:t>
      </w:r>
      <w:proofErr w:type="spellStart"/>
      <w:r w:rsidRPr="00871AA6">
        <w:rPr>
          <w:sz w:val="28"/>
          <w:szCs w:val="28"/>
          <w:lang w:val="ru-RU"/>
        </w:rPr>
        <w:t>оқу</w:t>
      </w:r>
      <w:proofErr w:type="spellEnd"/>
      <w:r w:rsidRPr="00871AA6">
        <w:rPr>
          <w:sz w:val="28"/>
          <w:szCs w:val="28"/>
          <w:lang w:val="ru-RU"/>
        </w:rPr>
        <w:t xml:space="preserve"> </w:t>
      </w:r>
      <w:proofErr w:type="spellStart"/>
      <w:r w:rsidRPr="00871AA6">
        <w:rPr>
          <w:sz w:val="28"/>
          <w:szCs w:val="28"/>
          <w:lang w:val="ru-RU"/>
        </w:rPr>
        <w:t>диафильмдері</w:t>
      </w:r>
      <w:proofErr w:type="spellEnd"/>
      <w:r w:rsidRPr="00871AA6">
        <w:rPr>
          <w:sz w:val="28"/>
          <w:szCs w:val="28"/>
          <w:lang w:val="ru-RU"/>
        </w:rPr>
        <w:t xml:space="preserve"> </w:t>
      </w:r>
      <w:proofErr w:type="spellStart"/>
      <w:r w:rsidRPr="00871AA6">
        <w:rPr>
          <w:sz w:val="28"/>
          <w:szCs w:val="28"/>
          <w:lang w:val="ru-RU"/>
        </w:rPr>
        <w:t>сияқты</w:t>
      </w:r>
      <w:proofErr w:type="spellEnd"/>
      <w:r w:rsidRPr="00871AA6">
        <w:rPr>
          <w:sz w:val="28"/>
          <w:szCs w:val="28"/>
          <w:lang w:val="ru-RU"/>
        </w:rPr>
        <w:t xml:space="preserve"> </w:t>
      </w:r>
      <w:proofErr w:type="spellStart"/>
      <w:r w:rsidRPr="00871AA6">
        <w:rPr>
          <w:sz w:val="28"/>
          <w:szCs w:val="28"/>
          <w:lang w:val="ru-RU"/>
        </w:rPr>
        <w:t>оқу</w:t>
      </w:r>
      <w:proofErr w:type="spellEnd"/>
      <w:r w:rsidRPr="00871AA6">
        <w:rPr>
          <w:sz w:val="28"/>
          <w:szCs w:val="28"/>
          <w:lang w:val="ru-RU"/>
        </w:rPr>
        <w:t xml:space="preserve"> </w:t>
      </w:r>
      <w:proofErr w:type="spellStart"/>
      <w:r w:rsidRPr="00871AA6">
        <w:rPr>
          <w:sz w:val="28"/>
          <w:szCs w:val="28"/>
          <w:lang w:val="ru-RU"/>
        </w:rPr>
        <w:t>құралдары</w:t>
      </w:r>
      <w:proofErr w:type="spellEnd"/>
      <w:r w:rsidRPr="00871AA6">
        <w:rPr>
          <w:sz w:val="28"/>
          <w:szCs w:val="28"/>
          <w:lang w:val="ru-RU"/>
        </w:rPr>
        <w:t xml:space="preserve"> </w:t>
      </w:r>
      <w:proofErr w:type="spellStart"/>
      <w:r w:rsidRPr="00871AA6">
        <w:rPr>
          <w:sz w:val="28"/>
          <w:szCs w:val="28"/>
          <w:lang w:val="ru-RU"/>
        </w:rPr>
        <w:t>жасалды</w:t>
      </w:r>
      <w:proofErr w:type="spellEnd"/>
      <w:r w:rsidRPr="00871AA6">
        <w:rPr>
          <w:sz w:val="28"/>
          <w:szCs w:val="28"/>
          <w:lang w:val="ru-RU"/>
        </w:rPr>
        <w:t>.</w:t>
      </w:r>
    </w:p>
    <w:p w:rsidR="00E95EA3" w:rsidRPr="00871AA6" w:rsidRDefault="00000000" w:rsidP="00871AA6">
      <w:pPr>
        <w:spacing w:after="0" w:line="240" w:lineRule="auto"/>
        <w:ind w:firstLine="567"/>
        <w:jc w:val="both"/>
        <w:rPr>
          <w:sz w:val="28"/>
          <w:szCs w:val="28"/>
          <w:lang w:val="ru-RU"/>
        </w:rPr>
      </w:pPr>
      <w:proofErr w:type="spellStart"/>
      <w:r w:rsidRPr="00871AA6">
        <w:rPr>
          <w:sz w:val="28"/>
          <w:szCs w:val="28"/>
          <w:lang w:val="ru-RU"/>
        </w:rPr>
        <w:t>Қазақстанның</w:t>
      </w:r>
      <w:proofErr w:type="spellEnd"/>
      <w:r w:rsidRPr="00871AA6">
        <w:rPr>
          <w:sz w:val="28"/>
          <w:szCs w:val="28"/>
          <w:lang w:val="ru-RU"/>
        </w:rPr>
        <w:t xml:space="preserve"> </w:t>
      </w:r>
      <w:proofErr w:type="spellStart"/>
      <w:r w:rsidRPr="00871AA6">
        <w:rPr>
          <w:sz w:val="28"/>
          <w:szCs w:val="28"/>
          <w:lang w:val="ru-RU"/>
        </w:rPr>
        <w:t>тәуелсіздік</w:t>
      </w:r>
      <w:proofErr w:type="spellEnd"/>
      <w:r w:rsidRPr="00871AA6">
        <w:rPr>
          <w:sz w:val="28"/>
          <w:szCs w:val="28"/>
          <w:lang w:val="ru-RU"/>
        </w:rPr>
        <w:t xml:space="preserve"> </w:t>
      </w:r>
      <w:proofErr w:type="spellStart"/>
      <w:r w:rsidRPr="00871AA6">
        <w:rPr>
          <w:sz w:val="28"/>
          <w:szCs w:val="28"/>
          <w:lang w:val="ru-RU"/>
        </w:rPr>
        <w:t>алуымен</w:t>
      </w:r>
      <w:proofErr w:type="spellEnd"/>
      <w:r w:rsidRPr="00871AA6">
        <w:rPr>
          <w:sz w:val="28"/>
          <w:szCs w:val="28"/>
          <w:lang w:val="ru-RU"/>
        </w:rPr>
        <w:t xml:space="preserve"> </w:t>
      </w:r>
      <w:proofErr w:type="spellStart"/>
      <w:r w:rsidRPr="00871AA6">
        <w:rPr>
          <w:sz w:val="28"/>
          <w:szCs w:val="28"/>
          <w:lang w:val="ru-RU"/>
        </w:rPr>
        <w:t>қазақ</w:t>
      </w:r>
      <w:proofErr w:type="spellEnd"/>
      <w:r w:rsidRPr="00871AA6">
        <w:rPr>
          <w:sz w:val="28"/>
          <w:szCs w:val="28"/>
          <w:lang w:val="ru-RU"/>
        </w:rPr>
        <w:t xml:space="preserve"> </w:t>
      </w:r>
      <w:proofErr w:type="spellStart"/>
      <w:r w:rsidRPr="00871AA6">
        <w:rPr>
          <w:sz w:val="28"/>
          <w:szCs w:val="28"/>
          <w:lang w:val="ru-RU"/>
        </w:rPr>
        <w:t>тілін</w:t>
      </w:r>
      <w:proofErr w:type="spellEnd"/>
      <w:r w:rsidRPr="00871AA6">
        <w:rPr>
          <w:sz w:val="28"/>
          <w:szCs w:val="28"/>
          <w:lang w:val="ru-RU"/>
        </w:rPr>
        <w:t xml:space="preserve"> </w:t>
      </w:r>
      <w:proofErr w:type="spellStart"/>
      <w:r w:rsidRPr="00871AA6">
        <w:rPr>
          <w:sz w:val="28"/>
          <w:szCs w:val="28"/>
          <w:lang w:val="ru-RU"/>
        </w:rPr>
        <w:t>оқыту</w:t>
      </w:r>
      <w:proofErr w:type="spellEnd"/>
      <w:r w:rsidRPr="00871AA6">
        <w:rPr>
          <w:sz w:val="28"/>
          <w:szCs w:val="28"/>
          <w:lang w:val="ru-RU"/>
        </w:rPr>
        <w:t xml:space="preserve"> мен </w:t>
      </w:r>
      <w:proofErr w:type="spellStart"/>
      <w:r w:rsidRPr="00871AA6">
        <w:rPr>
          <w:sz w:val="28"/>
          <w:szCs w:val="28"/>
          <w:lang w:val="ru-RU"/>
        </w:rPr>
        <w:t>үйрету</w:t>
      </w:r>
      <w:proofErr w:type="spellEnd"/>
      <w:r w:rsidRPr="00871AA6">
        <w:rPr>
          <w:sz w:val="28"/>
          <w:szCs w:val="28"/>
          <w:lang w:val="ru-RU"/>
        </w:rPr>
        <w:t xml:space="preserve"> </w:t>
      </w:r>
      <w:proofErr w:type="spellStart"/>
      <w:r w:rsidRPr="00871AA6">
        <w:rPr>
          <w:sz w:val="28"/>
          <w:szCs w:val="28"/>
          <w:lang w:val="ru-RU"/>
        </w:rPr>
        <w:t>әдістемесіне</w:t>
      </w:r>
      <w:proofErr w:type="spellEnd"/>
      <w:r w:rsidRPr="00871AA6">
        <w:rPr>
          <w:sz w:val="28"/>
          <w:szCs w:val="28"/>
          <w:lang w:val="ru-RU"/>
        </w:rPr>
        <w:t xml:space="preserve"> </w:t>
      </w:r>
      <w:proofErr w:type="spellStart"/>
      <w:r w:rsidRPr="00871AA6">
        <w:rPr>
          <w:sz w:val="28"/>
          <w:szCs w:val="28"/>
          <w:lang w:val="ru-RU"/>
        </w:rPr>
        <w:t>қатысты</w:t>
      </w:r>
      <w:proofErr w:type="spellEnd"/>
      <w:r w:rsidRPr="00871AA6">
        <w:rPr>
          <w:sz w:val="28"/>
          <w:szCs w:val="28"/>
          <w:lang w:val="ru-RU"/>
        </w:rPr>
        <w:t xml:space="preserve"> </w:t>
      </w:r>
      <w:proofErr w:type="spellStart"/>
      <w:r w:rsidRPr="00871AA6">
        <w:rPr>
          <w:sz w:val="28"/>
          <w:szCs w:val="28"/>
          <w:lang w:val="ru-RU"/>
        </w:rPr>
        <w:t>зерттеулердің</w:t>
      </w:r>
      <w:proofErr w:type="spellEnd"/>
      <w:r w:rsidRPr="00871AA6">
        <w:rPr>
          <w:sz w:val="28"/>
          <w:szCs w:val="28"/>
          <w:lang w:val="ru-RU"/>
        </w:rPr>
        <w:t xml:space="preserve"> </w:t>
      </w:r>
      <w:proofErr w:type="spellStart"/>
      <w:r w:rsidRPr="00871AA6">
        <w:rPr>
          <w:sz w:val="28"/>
          <w:szCs w:val="28"/>
          <w:lang w:val="ru-RU"/>
        </w:rPr>
        <w:t>бағыты</w:t>
      </w:r>
      <w:proofErr w:type="spellEnd"/>
      <w:r w:rsidRPr="00871AA6">
        <w:rPr>
          <w:sz w:val="28"/>
          <w:szCs w:val="28"/>
          <w:lang w:val="ru-RU"/>
        </w:rPr>
        <w:t xml:space="preserve"> </w:t>
      </w:r>
      <w:proofErr w:type="spellStart"/>
      <w:r w:rsidRPr="00871AA6">
        <w:rPr>
          <w:sz w:val="28"/>
          <w:szCs w:val="28"/>
          <w:lang w:val="ru-RU"/>
        </w:rPr>
        <w:t>кеңейді</w:t>
      </w:r>
      <w:proofErr w:type="spellEnd"/>
      <w:r w:rsidRPr="00871AA6">
        <w:rPr>
          <w:sz w:val="28"/>
          <w:szCs w:val="28"/>
          <w:lang w:val="ru-RU"/>
        </w:rPr>
        <w:t xml:space="preserve">. </w:t>
      </w:r>
      <w:proofErr w:type="spellStart"/>
      <w:r w:rsidRPr="00871AA6">
        <w:rPr>
          <w:sz w:val="28"/>
          <w:szCs w:val="28"/>
          <w:lang w:val="ru-RU"/>
        </w:rPr>
        <w:t>Қазақ</w:t>
      </w:r>
      <w:proofErr w:type="spellEnd"/>
      <w:r w:rsidRPr="00871AA6">
        <w:rPr>
          <w:sz w:val="28"/>
          <w:szCs w:val="28"/>
          <w:lang w:val="ru-RU"/>
        </w:rPr>
        <w:t xml:space="preserve"> </w:t>
      </w:r>
      <w:proofErr w:type="spellStart"/>
      <w:r w:rsidRPr="00871AA6">
        <w:rPr>
          <w:sz w:val="28"/>
          <w:szCs w:val="28"/>
          <w:lang w:val="ru-RU"/>
        </w:rPr>
        <w:t>тілін</w:t>
      </w:r>
      <w:proofErr w:type="spellEnd"/>
      <w:r w:rsidRPr="00871AA6">
        <w:rPr>
          <w:sz w:val="28"/>
          <w:szCs w:val="28"/>
          <w:lang w:val="ru-RU"/>
        </w:rPr>
        <w:t xml:space="preserve"> </w:t>
      </w:r>
      <w:proofErr w:type="spellStart"/>
      <w:r w:rsidRPr="00871AA6">
        <w:rPr>
          <w:sz w:val="28"/>
          <w:szCs w:val="28"/>
          <w:lang w:val="ru-RU"/>
        </w:rPr>
        <w:t>ана</w:t>
      </w:r>
      <w:proofErr w:type="spellEnd"/>
      <w:r w:rsidRPr="00871AA6">
        <w:rPr>
          <w:sz w:val="28"/>
          <w:szCs w:val="28"/>
          <w:lang w:val="ru-RU"/>
        </w:rPr>
        <w:t xml:space="preserve"> </w:t>
      </w:r>
      <w:proofErr w:type="spellStart"/>
      <w:r w:rsidRPr="00871AA6">
        <w:rPr>
          <w:sz w:val="28"/>
          <w:szCs w:val="28"/>
          <w:lang w:val="ru-RU"/>
        </w:rPr>
        <w:t>тілі</w:t>
      </w:r>
      <w:proofErr w:type="spellEnd"/>
      <w:r w:rsidRPr="00871AA6">
        <w:rPr>
          <w:sz w:val="28"/>
          <w:szCs w:val="28"/>
          <w:lang w:val="ru-RU"/>
        </w:rPr>
        <w:t xml:space="preserve"> </w:t>
      </w:r>
      <w:proofErr w:type="spellStart"/>
      <w:r w:rsidRPr="00871AA6">
        <w:rPr>
          <w:sz w:val="28"/>
          <w:szCs w:val="28"/>
          <w:lang w:val="ru-RU"/>
        </w:rPr>
        <w:t>ретінде</w:t>
      </w:r>
      <w:proofErr w:type="spellEnd"/>
      <w:r w:rsidRPr="00871AA6">
        <w:rPr>
          <w:sz w:val="28"/>
          <w:szCs w:val="28"/>
          <w:lang w:val="ru-RU"/>
        </w:rPr>
        <w:t xml:space="preserve"> </w:t>
      </w:r>
      <w:proofErr w:type="spellStart"/>
      <w:r w:rsidRPr="00871AA6">
        <w:rPr>
          <w:sz w:val="28"/>
          <w:szCs w:val="28"/>
          <w:lang w:val="ru-RU"/>
        </w:rPr>
        <w:t>оқытумен</w:t>
      </w:r>
      <w:proofErr w:type="spellEnd"/>
      <w:r w:rsidRPr="00871AA6">
        <w:rPr>
          <w:sz w:val="28"/>
          <w:szCs w:val="28"/>
          <w:lang w:val="ru-RU"/>
        </w:rPr>
        <w:t xml:space="preserve"> </w:t>
      </w:r>
      <w:proofErr w:type="spellStart"/>
      <w:r w:rsidRPr="00871AA6">
        <w:rPr>
          <w:sz w:val="28"/>
          <w:szCs w:val="28"/>
          <w:lang w:val="ru-RU"/>
        </w:rPr>
        <w:t>қатар</w:t>
      </w:r>
      <w:proofErr w:type="spellEnd"/>
      <w:r w:rsidRPr="00871AA6">
        <w:rPr>
          <w:sz w:val="28"/>
          <w:szCs w:val="28"/>
          <w:lang w:val="ru-RU"/>
        </w:rPr>
        <w:t xml:space="preserve">, </w:t>
      </w:r>
      <w:proofErr w:type="spellStart"/>
      <w:r w:rsidRPr="00871AA6">
        <w:rPr>
          <w:sz w:val="28"/>
          <w:szCs w:val="28"/>
          <w:lang w:val="ru-RU"/>
        </w:rPr>
        <w:t>қазақ</w:t>
      </w:r>
      <w:proofErr w:type="spellEnd"/>
      <w:r w:rsidRPr="00871AA6">
        <w:rPr>
          <w:sz w:val="28"/>
          <w:szCs w:val="28"/>
          <w:lang w:val="ru-RU"/>
        </w:rPr>
        <w:t xml:space="preserve"> </w:t>
      </w:r>
      <w:proofErr w:type="spellStart"/>
      <w:r w:rsidRPr="00871AA6">
        <w:rPr>
          <w:sz w:val="28"/>
          <w:szCs w:val="28"/>
          <w:lang w:val="ru-RU"/>
        </w:rPr>
        <w:t>тілін</w:t>
      </w:r>
      <w:proofErr w:type="spellEnd"/>
      <w:r w:rsidRPr="00871AA6">
        <w:rPr>
          <w:sz w:val="28"/>
          <w:szCs w:val="28"/>
          <w:lang w:val="ru-RU"/>
        </w:rPr>
        <w:t xml:space="preserve"> </w:t>
      </w:r>
      <w:proofErr w:type="spellStart"/>
      <w:r w:rsidRPr="00871AA6">
        <w:rPr>
          <w:sz w:val="28"/>
          <w:szCs w:val="28"/>
          <w:lang w:val="ru-RU"/>
        </w:rPr>
        <w:t>екінші</w:t>
      </w:r>
      <w:proofErr w:type="spellEnd"/>
      <w:r w:rsidRPr="00871AA6">
        <w:rPr>
          <w:sz w:val="28"/>
          <w:szCs w:val="28"/>
          <w:lang w:val="ru-RU"/>
        </w:rPr>
        <w:t xml:space="preserve"> </w:t>
      </w:r>
      <w:proofErr w:type="spellStart"/>
      <w:r w:rsidRPr="00871AA6">
        <w:rPr>
          <w:sz w:val="28"/>
          <w:szCs w:val="28"/>
          <w:lang w:val="ru-RU"/>
        </w:rPr>
        <w:t>тіл</w:t>
      </w:r>
      <w:proofErr w:type="spellEnd"/>
      <w:r w:rsidRPr="00871AA6">
        <w:rPr>
          <w:sz w:val="28"/>
          <w:szCs w:val="28"/>
          <w:lang w:val="ru-RU"/>
        </w:rPr>
        <w:t xml:space="preserve"> </w:t>
      </w:r>
      <w:proofErr w:type="spellStart"/>
      <w:r w:rsidRPr="00871AA6">
        <w:rPr>
          <w:sz w:val="28"/>
          <w:szCs w:val="28"/>
          <w:lang w:val="ru-RU"/>
        </w:rPr>
        <w:t>және</w:t>
      </w:r>
      <w:proofErr w:type="spellEnd"/>
      <w:r w:rsidRPr="00871AA6">
        <w:rPr>
          <w:sz w:val="28"/>
          <w:szCs w:val="28"/>
          <w:lang w:val="ru-RU"/>
        </w:rPr>
        <w:t xml:space="preserve"> </w:t>
      </w:r>
      <w:proofErr w:type="spellStart"/>
      <w:r w:rsidRPr="00871AA6">
        <w:rPr>
          <w:sz w:val="28"/>
          <w:szCs w:val="28"/>
          <w:lang w:val="ru-RU"/>
        </w:rPr>
        <w:t>өзге</w:t>
      </w:r>
      <w:proofErr w:type="spellEnd"/>
      <w:r w:rsidRPr="00871AA6">
        <w:rPr>
          <w:sz w:val="28"/>
          <w:szCs w:val="28"/>
          <w:lang w:val="ru-RU"/>
        </w:rPr>
        <w:t xml:space="preserve"> </w:t>
      </w:r>
      <w:proofErr w:type="spellStart"/>
      <w:r w:rsidRPr="00871AA6">
        <w:rPr>
          <w:sz w:val="28"/>
          <w:szCs w:val="28"/>
          <w:lang w:val="ru-RU"/>
        </w:rPr>
        <w:t>ұлт</w:t>
      </w:r>
      <w:proofErr w:type="spellEnd"/>
      <w:r w:rsidRPr="00871AA6">
        <w:rPr>
          <w:sz w:val="28"/>
          <w:szCs w:val="28"/>
          <w:lang w:val="ru-RU"/>
        </w:rPr>
        <w:t xml:space="preserve"> </w:t>
      </w:r>
      <w:proofErr w:type="spellStart"/>
      <w:r w:rsidRPr="00871AA6">
        <w:rPr>
          <w:sz w:val="28"/>
          <w:szCs w:val="28"/>
          <w:lang w:val="ru-RU"/>
        </w:rPr>
        <w:t>өкілдеріне</w:t>
      </w:r>
      <w:proofErr w:type="spellEnd"/>
      <w:r w:rsidRPr="00871AA6">
        <w:rPr>
          <w:sz w:val="28"/>
          <w:szCs w:val="28"/>
          <w:lang w:val="ru-RU"/>
        </w:rPr>
        <w:t xml:space="preserve"> </w:t>
      </w:r>
      <w:proofErr w:type="spellStart"/>
      <w:r w:rsidRPr="00871AA6">
        <w:rPr>
          <w:sz w:val="28"/>
          <w:szCs w:val="28"/>
          <w:lang w:val="ru-RU"/>
        </w:rPr>
        <w:t>үйрету</w:t>
      </w:r>
      <w:proofErr w:type="spellEnd"/>
      <w:r w:rsidRPr="00871AA6">
        <w:rPr>
          <w:sz w:val="28"/>
          <w:szCs w:val="28"/>
          <w:lang w:val="ru-RU"/>
        </w:rPr>
        <w:t xml:space="preserve"> </w:t>
      </w:r>
      <w:proofErr w:type="spellStart"/>
      <w:r w:rsidRPr="00871AA6">
        <w:rPr>
          <w:sz w:val="28"/>
          <w:szCs w:val="28"/>
          <w:lang w:val="ru-RU"/>
        </w:rPr>
        <w:t>мәселелеріне</w:t>
      </w:r>
      <w:proofErr w:type="spellEnd"/>
      <w:r w:rsidRPr="00871AA6">
        <w:rPr>
          <w:sz w:val="28"/>
          <w:szCs w:val="28"/>
          <w:lang w:val="ru-RU"/>
        </w:rPr>
        <w:t xml:space="preserve"> назар </w:t>
      </w:r>
      <w:proofErr w:type="spellStart"/>
      <w:r w:rsidRPr="00871AA6">
        <w:rPr>
          <w:sz w:val="28"/>
          <w:szCs w:val="28"/>
          <w:lang w:val="ru-RU"/>
        </w:rPr>
        <w:t>артты</w:t>
      </w:r>
      <w:proofErr w:type="spellEnd"/>
      <w:r w:rsidRPr="00871AA6">
        <w:rPr>
          <w:sz w:val="28"/>
          <w:szCs w:val="28"/>
          <w:lang w:val="ru-RU"/>
        </w:rPr>
        <w:t>.</w:t>
      </w:r>
    </w:p>
    <w:p w:rsidR="00E95EA3" w:rsidRPr="00871AA6" w:rsidRDefault="00000000" w:rsidP="00871AA6">
      <w:pPr>
        <w:spacing w:after="0" w:line="240" w:lineRule="auto"/>
        <w:ind w:firstLine="567"/>
        <w:jc w:val="both"/>
        <w:rPr>
          <w:sz w:val="28"/>
          <w:szCs w:val="28"/>
          <w:lang w:val="ru-RU"/>
        </w:rPr>
      </w:pPr>
      <w:r w:rsidRPr="00871AA6">
        <w:rPr>
          <w:sz w:val="28"/>
          <w:szCs w:val="28"/>
          <w:lang w:val="ru-RU"/>
        </w:rPr>
        <w:t xml:space="preserve">1996 </w:t>
      </w:r>
      <w:proofErr w:type="spellStart"/>
      <w:r w:rsidRPr="00871AA6">
        <w:rPr>
          <w:sz w:val="28"/>
          <w:szCs w:val="28"/>
          <w:lang w:val="ru-RU"/>
        </w:rPr>
        <w:t>жылы</w:t>
      </w:r>
      <w:proofErr w:type="spellEnd"/>
      <w:r w:rsidRPr="00871AA6">
        <w:rPr>
          <w:sz w:val="28"/>
          <w:szCs w:val="28"/>
          <w:lang w:val="ru-RU"/>
        </w:rPr>
        <w:t xml:space="preserve"> </w:t>
      </w:r>
      <w:proofErr w:type="spellStart"/>
      <w:r w:rsidRPr="00871AA6">
        <w:rPr>
          <w:sz w:val="28"/>
          <w:szCs w:val="28"/>
          <w:lang w:val="ru-RU"/>
        </w:rPr>
        <w:t>Фаузия</w:t>
      </w:r>
      <w:proofErr w:type="spellEnd"/>
      <w:r w:rsidRPr="00871AA6">
        <w:rPr>
          <w:sz w:val="28"/>
          <w:szCs w:val="28"/>
          <w:lang w:val="ru-RU"/>
        </w:rPr>
        <w:t xml:space="preserve"> </w:t>
      </w:r>
      <w:proofErr w:type="spellStart"/>
      <w:r w:rsidRPr="00871AA6">
        <w:rPr>
          <w:sz w:val="28"/>
          <w:szCs w:val="28"/>
          <w:lang w:val="ru-RU"/>
        </w:rPr>
        <w:t>Шәмсіқызы</w:t>
      </w:r>
      <w:proofErr w:type="spellEnd"/>
      <w:r w:rsidRPr="00871AA6">
        <w:rPr>
          <w:sz w:val="28"/>
          <w:szCs w:val="28"/>
          <w:lang w:val="ru-RU"/>
        </w:rPr>
        <w:t xml:space="preserve"> </w:t>
      </w:r>
      <w:proofErr w:type="spellStart"/>
      <w:r w:rsidRPr="00871AA6">
        <w:rPr>
          <w:sz w:val="28"/>
          <w:szCs w:val="28"/>
          <w:lang w:val="ru-RU"/>
        </w:rPr>
        <w:t>Оразбаева</w:t>
      </w:r>
      <w:proofErr w:type="spellEnd"/>
      <w:r w:rsidRPr="00871AA6">
        <w:rPr>
          <w:sz w:val="28"/>
          <w:szCs w:val="28"/>
          <w:lang w:val="ru-RU"/>
        </w:rPr>
        <w:t xml:space="preserve"> «</w:t>
      </w:r>
      <w:proofErr w:type="spellStart"/>
      <w:r w:rsidRPr="00871AA6">
        <w:rPr>
          <w:sz w:val="28"/>
          <w:szCs w:val="28"/>
          <w:lang w:val="ru-RU"/>
        </w:rPr>
        <w:t>Тілдік</w:t>
      </w:r>
      <w:proofErr w:type="spellEnd"/>
      <w:r w:rsidRPr="00871AA6">
        <w:rPr>
          <w:sz w:val="28"/>
          <w:szCs w:val="28"/>
          <w:lang w:val="ru-RU"/>
        </w:rPr>
        <w:t xml:space="preserve"> коммуникация мен </w:t>
      </w:r>
      <w:proofErr w:type="spellStart"/>
      <w:r w:rsidRPr="00871AA6">
        <w:rPr>
          <w:sz w:val="28"/>
          <w:szCs w:val="28"/>
          <w:lang w:val="ru-RU"/>
        </w:rPr>
        <w:t>қатысым</w:t>
      </w:r>
      <w:proofErr w:type="spellEnd"/>
      <w:r w:rsidRPr="00871AA6">
        <w:rPr>
          <w:sz w:val="28"/>
          <w:szCs w:val="28"/>
          <w:lang w:val="ru-RU"/>
        </w:rPr>
        <w:t xml:space="preserve"> </w:t>
      </w:r>
      <w:proofErr w:type="spellStart"/>
      <w:r w:rsidRPr="00871AA6">
        <w:rPr>
          <w:sz w:val="28"/>
          <w:szCs w:val="28"/>
          <w:lang w:val="ru-RU"/>
        </w:rPr>
        <w:t>әдісінің</w:t>
      </w:r>
      <w:proofErr w:type="spellEnd"/>
      <w:r w:rsidRPr="00871AA6">
        <w:rPr>
          <w:sz w:val="28"/>
          <w:szCs w:val="28"/>
          <w:lang w:val="ru-RU"/>
        </w:rPr>
        <w:t xml:space="preserve"> </w:t>
      </w:r>
      <w:proofErr w:type="spellStart"/>
      <w:r w:rsidRPr="00871AA6">
        <w:rPr>
          <w:sz w:val="28"/>
          <w:szCs w:val="28"/>
          <w:lang w:val="ru-RU"/>
        </w:rPr>
        <w:t>ғылыми-әдістемелік</w:t>
      </w:r>
      <w:proofErr w:type="spellEnd"/>
      <w:r w:rsidRPr="00871AA6">
        <w:rPr>
          <w:sz w:val="28"/>
          <w:szCs w:val="28"/>
          <w:lang w:val="ru-RU"/>
        </w:rPr>
        <w:t xml:space="preserve"> </w:t>
      </w:r>
      <w:proofErr w:type="spellStart"/>
      <w:r w:rsidRPr="00871AA6">
        <w:rPr>
          <w:sz w:val="28"/>
          <w:szCs w:val="28"/>
          <w:lang w:val="ru-RU"/>
        </w:rPr>
        <w:t>негіздері</w:t>
      </w:r>
      <w:proofErr w:type="spellEnd"/>
      <w:r w:rsidRPr="00871AA6">
        <w:rPr>
          <w:sz w:val="28"/>
          <w:szCs w:val="28"/>
          <w:lang w:val="ru-RU"/>
        </w:rPr>
        <w:t xml:space="preserve">» </w:t>
      </w:r>
      <w:proofErr w:type="spellStart"/>
      <w:r w:rsidRPr="00871AA6">
        <w:rPr>
          <w:sz w:val="28"/>
          <w:szCs w:val="28"/>
          <w:lang w:val="ru-RU"/>
        </w:rPr>
        <w:t>тақырыбында</w:t>
      </w:r>
      <w:proofErr w:type="spellEnd"/>
      <w:r w:rsidRPr="00871AA6">
        <w:rPr>
          <w:sz w:val="28"/>
          <w:szCs w:val="28"/>
          <w:lang w:val="ru-RU"/>
        </w:rPr>
        <w:t xml:space="preserve"> </w:t>
      </w:r>
      <w:proofErr w:type="spellStart"/>
      <w:r w:rsidRPr="00871AA6">
        <w:rPr>
          <w:sz w:val="28"/>
          <w:szCs w:val="28"/>
          <w:lang w:val="ru-RU"/>
        </w:rPr>
        <w:t>докторлық</w:t>
      </w:r>
      <w:proofErr w:type="spellEnd"/>
      <w:r w:rsidRPr="00871AA6">
        <w:rPr>
          <w:sz w:val="28"/>
          <w:szCs w:val="28"/>
          <w:lang w:val="ru-RU"/>
        </w:rPr>
        <w:t xml:space="preserve"> диссертация </w:t>
      </w:r>
      <w:proofErr w:type="spellStart"/>
      <w:r w:rsidRPr="00871AA6">
        <w:rPr>
          <w:sz w:val="28"/>
          <w:szCs w:val="28"/>
          <w:lang w:val="ru-RU"/>
        </w:rPr>
        <w:t>қорғады</w:t>
      </w:r>
      <w:proofErr w:type="spellEnd"/>
      <w:r w:rsidRPr="00871AA6">
        <w:rPr>
          <w:sz w:val="28"/>
          <w:szCs w:val="28"/>
          <w:lang w:val="ru-RU"/>
        </w:rPr>
        <w:t xml:space="preserve">. </w:t>
      </w:r>
      <w:proofErr w:type="spellStart"/>
      <w:r w:rsidRPr="00871AA6">
        <w:rPr>
          <w:sz w:val="28"/>
          <w:szCs w:val="28"/>
          <w:lang w:val="ru-RU"/>
        </w:rPr>
        <w:t>Бұл</w:t>
      </w:r>
      <w:proofErr w:type="spellEnd"/>
      <w:r w:rsidRPr="00871AA6">
        <w:rPr>
          <w:sz w:val="28"/>
          <w:szCs w:val="28"/>
          <w:lang w:val="ru-RU"/>
        </w:rPr>
        <w:t xml:space="preserve"> </w:t>
      </w:r>
      <w:proofErr w:type="spellStart"/>
      <w:r w:rsidRPr="00871AA6">
        <w:rPr>
          <w:sz w:val="28"/>
          <w:szCs w:val="28"/>
          <w:lang w:val="ru-RU"/>
        </w:rPr>
        <w:t>зерттеуде</w:t>
      </w:r>
      <w:proofErr w:type="spellEnd"/>
      <w:r w:rsidRPr="00871AA6">
        <w:rPr>
          <w:sz w:val="28"/>
          <w:szCs w:val="28"/>
          <w:lang w:val="ru-RU"/>
        </w:rPr>
        <w:t xml:space="preserve"> </w:t>
      </w:r>
      <w:proofErr w:type="spellStart"/>
      <w:r w:rsidRPr="00871AA6">
        <w:rPr>
          <w:sz w:val="28"/>
          <w:szCs w:val="28"/>
          <w:lang w:val="ru-RU"/>
        </w:rPr>
        <w:t>қазақ</w:t>
      </w:r>
      <w:proofErr w:type="spellEnd"/>
      <w:r w:rsidRPr="00871AA6">
        <w:rPr>
          <w:sz w:val="28"/>
          <w:szCs w:val="28"/>
          <w:lang w:val="ru-RU"/>
        </w:rPr>
        <w:t xml:space="preserve"> </w:t>
      </w:r>
      <w:proofErr w:type="spellStart"/>
      <w:r w:rsidRPr="00871AA6">
        <w:rPr>
          <w:sz w:val="28"/>
          <w:szCs w:val="28"/>
          <w:lang w:val="ru-RU"/>
        </w:rPr>
        <w:t>тілін</w:t>
      </w:r>
      <w:proofErr w:type="spellEnd"/>
      <w:r w:rsidRPr="00871AA6">
        <w:rPr>
          <w:sz w:val="28"/>
          <w:szCs w:val="28"/>
          <w:lang w:val="ru-RU"/>
        </w:rPr>
        <w:t xml:space="preserve"> </w:t>
      </w:r>
      <w:proofErr w:type="spellStart"/>
      <w:r w:rsidRPr="00871AA6">
        <w:rPr>
          <w:sz w:val="28"/>
          <w:szCs w:val="28"/>
          <w:lang w:val="ru-RU"/>
        </w:rPr>
        <w:t>өзге</w:t>
      </w:r>
      <w:proofErr w:type="spellEnd"/>
      <w:r w:rsidRPr="00871AA6">
        <w:rPr>
          <w:sz w:val="28"/>
          <w:szCs w:val="28"/>
          <w:lang w:val="ru-RU"/>
        </w:rPr>
        <w:t xml:space="preserve"> </w:t>
      </w:r>
      <w:proofErr w:type="spellStart"/>
      <w:r w:rsidRPr="00871AA6">
        <w:rPr>
          <w:sz w:val="28"/>
          <w:szCs w:val="28"/>
          <w:lang w:val="ru-RU"/>
        </w:rPr>
        <w:t>ұлт</w:t>
      </w:r>
      <w:proofErr w:type="spellEnd"/>
      <w:r w:rsidRPr="00871AA6">
        <w:rPr>
          <w:sz w:val="28"/>
          <w:szCs w:val="28"/>
          <w:lang w:val="ru-RU"/>
        </w:rPr>
        <w:t xml:space="preserve"> </w:t>
      </w:r>
      <w:proofErr w:type="spellStart"/>
      <w:r w:rsidRPr="00871AA6">
        <w:rPr>
          <w:sz w:val="28"/>
          <w:szCs w:val="28"/>
          <w:lang w:val="ru-RU"/>
        </w:rPr>
        <w:t>өкілдеріне</w:t>
      </w:r>
      <w:proofErr w:type="spellEnd"/>
      <w:r w:rsidRPr="00871AA6">
        <w:rPr>
          <w:sz w:val="28"/>
          <w:szCs w:val="28"/>
          <w:lang w:val="ru-RU"/>
        </w:rPr>
        <w:t xml:space="preserve"> </w:t>
      </w:r>
      <w:proofErr w:type="spellStart"/>
      <w:r w:rsidRPr="00871AA6">
        <w:rPr>
          <w:sz w:val="28"/>
          <w:szCs w:val="28"/>
          <w:lang w:val="ru-RU"/>
        </w:rPr>
        <w:t>үйретудегі</w:t>
      </w:r>
      <w:proofErr w:type="spellEnd"/>
      <w:r w:rsidRPr="00871AA6">
        <w:rPr>
          <w:sz w:val="28"/>
          <w:szCs w:val="28"/>
          <w:lang w:val="ru-RU"/>
        </w:rPr>
        <w:t xml:space="preserve"> </w:t>
      </w:r>
      <w:proofErr w:type="spellStart"/>
      <w:r w:rsidRPr="00871AA6">
        <w:rPr>
          <w:sz w:val="28"/>
          <w:szCs w:val="28"/>
          <w:lang w:val="ru-RU"/>
        </w:rPr>
        <w:t>қатысымдық</w:t>
      </w:r>
      <w:proofErr w:type="spellEnd"/>
      <w:r w:rsidRPr="00871AA6">
        <w:rPr>
          <w:sz w:val="28"/>
          <w:szCs w:val="28"/>
          <w:lang w:val="ru-RU"/>
        </w:rPr>
        <w:t xml:space="preserve"> </w:t>
      </w:r>
      <w:proofErr w:type="spellStart"/>
      <w:r w:rsidRPr="00871AA6">
        <w:rPr>
          <w:sz w:val="28"/>
          <w:szCs w:val="28"/>
          <w:lang w:val="ru-RU"/>
        </w:rPr>
        <w:t>әдіс</w:t>
      </w:r>
      <w:proofErr w:type="spellEnd"/>
      <w:r w:rsidRPr="00871AA6">
        <w:rPr>
          <w:sz w:val="28"/>
          <w:szCs w:val="28"/>
          <w:lang w:val="ru-RU"/>
        </w:rPr>
        <w:t xml:space="preserve"> </w:t>
      </w:r>
      <w:proofErr w:type="spellStart"/>
      <w:r w:rsidRPr="00871AA6">
        <w:rPr>
          <w:sz w:val="28"/>
          <w:szCs w:val="28"/>
          <w:lang w:val="ru-RU"/>
        </w:rPr>
        <w:t>теориясы</w:t>
      </w:r>
      <w:proofErr w:type="spellEnd"/>
      <w:r w:rsidRPr="00871AA6">
        <w:rPr>
          <w:sz w:val="28"/>
          <w:szCs w:val="28"/>
          <w:lang w:val="ru-RU"/>
        </w:rPr>
        <w:t xml:space="preserve"> </w:t>
      </w:r>
      <w:proofErr w:type="spellStart"/>
      <w:r w:rsidRPr="00871AA6">
        <w:rPr>
          <w:sz w:val="28"/>
          <w:szCs w:val="28"/>
          <w:lang w:val="ru-RU"/>
        </w:rPr>
        <w:t>қарастырылып</w:t>
      </w:r>
      <w:proofErr w:type="spellEnd"/>
      <w:r w:rsidRPr="00871AA6">
        <w:rPr>
          <w:sz w:val="28"/>
          <w:szCs w:val="28"/>
          <w:lang w:val="ru-RU"/>
        </w:rPr>
        <w:t xml:space="preserve">, </w:t>
      </w:r>
      <w:proofErr w:type="spellStart"/>
      <w:r w:rsidRPr="00871AA6">
        <w:rPr>
          <w:sz w:val="28"/>
          <w:szCs w:val="28"/>
          <w:lang w:val="ru-RU"/>
        </w:rPr>
        <w:t>оқылым</w:t>
      </w:r>
      <w:proofErr w:type="spellEnd"/>
      <w:r w:rsidRPr="00871AA6">
        <w:rPr>
          <w:sz w:val="28"/>
          <w:szCs w:val="28"/>
          <w:lang w:val="ru-RU"/>
        </w:rPr>
        <w:t xml:space="preserve">, </w:t>
      </w:r>
      <w:proofErr w:type="spellStart"/>
      <w:r w:rsidRPr="00871AA6">
        <w:rPr>
          <w:sz w:val="28"/>
          <w:szCs w:val="28"/>
          <w:lang w:val="ru-RU"/>
        </w:rPr>
        <w:t>тыңдалым</w:t>
      </w:r>
      <w:proofErr w:type="spellEnd"/>
      <w:r w:rsidRPr="00871AA6">
        <w:rPr>
          <w:sz w:val="28"/>
          <w:szCs w:val="28"/>
          <w:lang w:val="ru-RU"/>
        </w:rPr>
        <w:t xml:space="preserve">, </w:t>
      </w:r>
      <w:proofErr w:type="spellStart"/>
      <w:r w:rsidRPr="00871AA6">
        <w:rPr>
          <w:sz w:val="28"/>
          <w:szCs w:val="28"/>
          <w:lang w:val="ru-RU"/>
        </w:rPr>
        <w:t>жазылым</w:t>
      </w:r>
      <w:proofErr w:type="spellEnd"/>
      <w:r w:rsidRPr="00871AA6">
        <w:rPr>
          <w:sz w:val="28"/>
          <w:szCs w:val="28"/>
          <w:lang w:val="ru-RU"/>
        </w:rPr>
        <w:t xml:space="preserve">, </w:t>
      </w:r>
      <w:proofErr w:type="spellStart"/>
      <w:r w:rsidRPr="00871AA6">
        <w:rPr>
          <w:sz w:val="28"/>
          <w:szCs w:val="28"/>
          <w:lang w:val="ru-RU"/>
        </w:rPr>
        <w:t>айтылым</w:t>
      </w:r>
      <w:proofErr w:type="spellEnd"/>
      <w:r w:rsidRPr="00871AA6">
        <w:rPr>
          <w:sz w:val="28"/>
          <w:szCs w:val="28"/>
          <w:lang w:val="ru-RU"/>
        </w:rPr>
        <w:t xml:space="preserve"> </w:t>
      </w:r>
      <w:proofErr w:type="spellStart"/>
      <w:r w:rsidRPr="00871AA6">
        <w:rPr>
          <w:sz w:val="28"/>
          <w:szCs w:val="28"/>
          <w:lang w:val="ru-RU"/>
        </w:rPr>
        <w:t>терминдері</w:t>
      </w:r>
      <w:proofErr w:type="spellEnd"/>
      <w:r w:rsidRPr="00871AA6">
        <w:rPr>
          <w:sz w:val="28"/>
          <w:szCs w:val="28"/>
          <w:lang w:val="ru-RU"/>
        </w:rPr>
        <w:t xml:space="preserve"> </w:t>
      </w:r>
      <w:proofErr w:type="spellStart"/>
      <w:r w:rsidRPr="00871AA6">
        <w:rPr>
          <w:sz w:val="28"/>
          <w:szCs w:val="28"/>
          <w:lang w:val="ru-RU"/>
        </w:rPr>
        <w:t>жүйеленді</w:t>
      </w:r>
      <w:proofErr w:type="spellEnd"/>
      <w:r w:rsidRPr="00871AA6">
        <w:rPr>
          <w:sz w:val="28"/>
          <w:szCs w:val="28"/>
          <w:lang w:val="ru-RU"/>
        </w:rPr>
        <w:t xml:space="preserve">. Осы </w:t>
      </w:r>
      <w:proofErr w:type="spellStart"/>
      <w:r w:rsidRPr="00871AA6">
        <w:rPr>
          <w:sz w:val="28"/>
          <w:szCs w:val="28"/>
          <w:lang w:val="ru-RU"/>
        </w:rPr>
        <w:t>бағыт</w:t>
      </w:r>
      <w:proofErr w:type="spellEnd"/>
      <w:r w:rsidRPr="00871AA6">
        <w:rPr>
          <w:sz w:val="28"/>
          <w:szCs w:val="28"/>
          <w:lang w:val="ru-RU"/>
        </w:rPr>
        <w:t xml:space="preserve"> </w:t>
      </w:r>
      <w:proofErr w:type="spellStart"/>
      <w:r w:rsidRPr="00871AA6">
        <w:rPr>
          <w:sz w:val="28"/>
          <w:szCs w:val="28"/>
          <w:lang w:val="ru-RU"/>
        </w:rPr>
        <w:t>кейінгі</w:t>
      </w:r>
      <w:proofErr w:type="spellEnd"/>
      <w:r w:rsidRPr="00871AA6">
        <w:rPr>
          <w:sz w:val="28"/>
          <w:szCs w:val="28"/>
          <w:lang w:val="ru-RU"/>
        </w:rPr>
        <w:t xml:space="preserve"> </w:t>
      </w:r>
      <w:proofErr w:type="spellStart"/>
      <w:r w:rsidRPr="00871AA6">
        <w:rPr>
          <w:sz w:val="28"/>
          <w:szCs w:val="28"/>
          <w:lang w:val="ru-RU"/>
        </w:rPr>
        <w:t>зерттеулердің</w:t>
      </w:r>
      <w:proofErr w:type="spellEnd"/>
      <w:r w:rsidRPr="00871AA6">
        <w:rPr>
          <w:sz w:val="28"/>
          <w:szCs w:val="28"/>
          <w:lang w:val="ru-RU"/>
        </w:rPr>
        <w:t xml:space="preserve"> </w:t>
      </w:r>
      <w:proofErr w:type="spellStart"/>
      <w:r w:rsidRPr="00871AA6">
        <w:rPr>
          <w:sz w:val="28"/>
          <w:szCs w:val="28"/>
          <w:lang w:val="ru-RU"/>
        </w:rPr>
        <w:t>дамуына</w:t>
      </w:r>
      <w:proofErr w:type="spellEnd"/>
      <w:r w:rsidRPr="00871AA6">
        <w:rPr>
          <w:sz w:val="28"/>
          <w:szCs w:val="28"/>
          <w:lang w:val="ru-RU"/>
        </w:rPr>
        <w:t xml:space="preserve"> </w:t>
      </w:r>
      <w:proofErr w:type="spellStart"/>
      <w:r w:rsidRPr="00871AA6">
        <w:rPr>
          <w:sz w:val="28"/>
          <w:szCs w:val="28"/>
          <w:lang w:val="ru-RU"/>
        </w:rPr>
        <w:t>ықпал</w:t>
      </w:r>
      <w:proofErr w:type="spellEnd"/>
      <w:r w:rsidRPr="00871AA6">
        <w:rPr>
          <w:sz w:val="28"/>
          <w:szCs w:val="28"/>
          <w:lang w:val="ru-RU"/>
        </w:rPr>
        <w:t xml:space="preserve"> </w:t>
      </w:r>
      <w:proofErr w:type="spellStart"/>
      <w:r w:rsidRPr="00871AA6">
        <w:rPr>
          <w:sz w:val="28"/>
          <w:szCs w:val="28"/>
          <w:lang w:val="ru-RU"/>
        </w:rPr>
        <w:t>етті</w:t>
      </w:r>
      <w:proofErr w:type="spellEnd"/>
      <w:r w:rsidRPr="00871AA6">
        <w:rPr>
          <w:sz w:val="28"/>
          <w:szCs w:val="28"/>
          <w:lang w:val="ru-RU"/>
        </w:rPr>
        <w:t>.</w:t>
      </w:r>
    </w:p>
    <w:p w:rsidR="00E95EA3" w:rsidRPr="00871AA6" w:rsidRDefault="00000000" w:rsidP="00871AA6">
      <w:pPr>
        <w:spacing w:after="0" w:line="240" w:lineRule="auto"/>
        <w:ind w:firstLine="567"/>
        <w:jc w:val="both"/>
        <w:rPr>
          <w:sz w:val="28"/>
          <w:szCs w:val="28"/>
          <w:lang w:val="ru-RU"/>
        </w:rPr>
      </w:pPr>
      <w:r w:rsidRPr="00871AA6">
        <w:rPr>
          <w:sz w:val="28"/>
          <w:szCs w:val="28"/>
          <w:lang w:val="ru-RU"/>
        </w:rPr>
        <w:t xml:space="preserve">2000 </w:t>
      </w:r>
      <w:proofErr w:type="spellStart"/>
      <w:r w:rsidRPr="00871AA6">
        <w:rPr>
          <w:sz w:val="28"/>
          <w:szCs w:val="28"/>
          <w:lang w:val="ru-RU"/>
        </w:rPr>
        <w:t>жылдан</w:t>
      </w:r>
      <w:proofErr w:type="spellEnd"/>
      <w:r w:rsidRPr="00871AA6">
        <w:rPr>
          <w:sz w:val="28"/>
          <w:szCs w:val="28"/>
          <w:lang w:val="ru-RU"/>
        </w:rPr>
        <w:t xml:space="preserve"> </w:t>
      </w:r>
      <w:proofErr w:type="spellStart"/>
      <w:r w:rsidRPr="00871AA6">
        <w:rPr>
          <w:sz w:val="28"/>
          <w:szCs w:val="28"/>
          <w:lang w:val="ru-RU"/>
        </w:rPr>
        <w:t>кейін</w:t>
      </w:r>
      <w:proofErr w:type="spellEnd"/>
      <w:r w:rsidRPr="00871AA6">
        <w:rPr>
          <w:sz w:val="28"/>
          <w:szCs w:val="28"/>
          <w:lang w:val="ru-RU"/>
        </w:rPr>
        <w:t xml:space="preserve"> </w:t>
      </w:r>
      <w:proofErr w:type="spellStart"/>
      <w:r w:rsidRPr="00871AA6">
        <w:rPr>
          <w:sz w:val="28"/>
          <w:szCs w:val="28"/>
          <w:lang w:val="ru-RU"/>
        </w:rPr>
        <w:t>қазақ</w:t>
      </w:r>
      <w:proofErr w:type="spellEnd"/>
      <w:r w:rsidRPr="00871AA6">
        <w:rPr>
          <w:sz w:val="28"/>
          <w:szCs w:val="28"/>
          <w:lang w:val="ru-RU"/>
        </w:rPr>
        <w:t xml:space="preserve"> </w:t>
      </w:r>
      <w:proofErr w:type="spellStart"/>
      <w:r w:rsidRPr="00871AA6">
        <w:rPr>
          <w:sz w:val="28"/>
          <w:szCs w:val="28"/>
          <w:lang w:val="ru-RU"/>
        </w:rPr>
        <w:t>тілін</w:t>
      </w:r>
      <w:proofErr w:type="spellEnd"/>
      <w:r w:rsidRPr="00871AA6">
        <w:rPr>
          <w:sz w:val="28"/>
          <w:szCs w:val="28"/>
          <w:lang w:val="ru-RU"/>
        </w:rPr>
        <w:t xml:space="preserve"> </w:t>
      </w:r>
      <w:proofErr w:type="spellStart"/>
      <w:r w:rsidRPr="00871AA6">
        <w:rPr>
          <w:sz w:val="28"/>
          <w:szCs w:val="28"/>
          <w:lang w:val="ru-RU"/>
        </w:rPr>
        <w:t>оқыту</w:t>
      </w:r>
      <w:proofErr w:type="spellEnd"/>
      <w:r w:rsidRPr="00871AA6">
        <w:rPr>
          <w:sz w:val="28"/>
          <w:szCs w:val="28"/>
          <w:lang w:val="ru-RU"/>
        </w:rPr>
        <w:t xml:space="preserve"> </w:t>
      </w:r>
      <w:proofErr w:type="spellStart"/>
      <w:r w:rsidRPr="00871AA6">
        <w:rPr>
          <w:sz w:val="28"/>
          <w:szCs w:val="28"/>
          <w:lang w:val="ru-RU"/>
        </w:rPr>
        <w:t>әдістемесінде</w:t>
      </w:r>
      <w:proofErr w:type="spellEnd"/>
      <w:r w:rsidRPr="00871AA6">
        <w:rPr>
          <w:sz w:val="28"/>
          <w:szCs w:val="28"/>
          <w:lang w:val="ru-RU"/>
        </w:rPr>
        <w:t xml:space="preserve"> морфология, </w:t>
      </w:r>
      <w:proofErr w:type="spellStart"/>
      <w:r w:rsidRPr="00871AA6">
        <w:rPr>
          <w:sz w:val="28"/>
          <w:szCs w:val="28"/>
          <w:lang w:val="ru-RU"/>
        </w:rPr>
        <w:t>сөзжасам</w:t>
      </w:r>
      <w:proofErr w:type="spellEnd"/>
      <w:r w:rsidRPr="00871AA6">
        <w:rPr>
          <w:sz w:val="28"/>
          <w:szCs w:val="28"/>
          <w:lang w:val="ru-RU"/>
        </w:rPr>
        <w:t xml:space="preserve">, </w:t>
      </w:r>
      <w:proofErr w:type="spellStart"/>
      <w:r w:rsidRPr="00871AA6">
        <w:rPr>
          <w:sz w:val="28"/>
          <w:szCs w:val="28"/>
          <w:lang w:val="ru-RU"/>
        </w:rPr>
        <w:t>сөз</w:t>
      </w:r>
      <w:proofErr w:type="spellEnd"/>
      <w:r w:rsidRPr="00871AA6">
        <w:rPr>
          <w:sz w:val="28"/>
          <w:szCs w:val="28"/>
          <w:lang w:val="ru-RU"/>
        </w:rPr>
        <w:t xml:space="preserve"> </w:t>
      </w:r>
      <w:proofErr w:type="spellStart"/>
      <w:r w:rsidRPr="00871AA6">
        <w:rPr>
          <w:sz w:val="28"/>
          <w:szCs w:val="28"/>
          <w:lang w:val="ru-RU"/>
        </w:rPr>
        <w:t>тіркесі</w:t>
      </w:r>
      <w:proofErr w:type="spellEnd"/>
      <w:r w:rsidRPr="00871AA6">
        <w:rPr>
          <w:sz w:val="28"/>
          <w:szCs w:val="28"/>
          <w:lang w:val="ru-RU"/>
        </w:rPr>
        <w:t xml:space="preserve"> </w:t>
      </w:r>
      <w:proofErr w:type="spellStart"/>
      <w:r w:rsidRPr="00871AA6">
        <w:rPr>
          <w:sz w:val="28"/>
          <w:szCs w:val="28"/>
          <w:lang w:val="ru-RU"/>
        </w:rPr>
        <w:t>синтаксисі</w:t>
      </w:r>
      <w:proofErr w:type="spellEnd"/>
      <w:r w:rsidRPr="00871AA6">
        <w:rPr>
          <w:sz w:val="28"/>
          <w:szCs w:val="28"/>
          <w:lang w:val="ru-RU"/>
        </w:rPr>
        <w:t xml:space="preserve">, </w:t>
      </w:r>
      <w:proofErr w:type="spellStart"/>
      <w:r w:rsidRPr="00871AA6">
        <w:rPr>
          <w:sz w:val="28"/>
          <w:szCs w:val="28"/>
          <w:lang w:val="ru-RU"/>
        </w:rPr>
        <w:t>сөз</w:t>
      </w:r>
      <w:proofErr w:type="spellEnd"/>
      <w:r w:rsidRPr="00871AA6">
        <w:rPr>
          <w:sz w:val="28"/>
          <w:szCs w:val="28"/>
          <w:lang w:val="ru-RU"/>
        </w:rPr>
        <w:t xml:space="preserve"> </w:t>
      </w:r>
      <w:proofErr w:type="spellStart"/>
      <w:r w:rsidRPr="00871AA6">
        <w:rPr>
          <w:sz w:val="28"/>
          <w:szCs w:val="28"/>
          <w:lang w:val="ru-RU"/>
        </w:rPr>
        <w:t>мәдениеті</w:t>
      </w:r>
      <w:proofErr w:type="spellEnd"/>
      <w:r w:rsidRPr="00871AA6">
        <w:rPr>
          <w:sz w:val="28"/>
          <w:szCs w:val="28"/>
          <w:lang w:val="ru-RU"/>
        </w:rPr>
        <w:t xml:space="preserve">, </w:t>
      </w:r>
      <w:proofErr w:type="spellStart"/>
      <w:r w:rsidRPr="00871AA6">
        <w:rPr>
          <w:sz w:val="28"/>
          <w:szCs w:val="28"/>
          <w:lang w:val="ru-RU"/>
        </w:rPr>
        <w:t>шешендік</w:t>
      </w:r>
      <w:proofErr w:type="spellEnd"/>
      <w:r w:rsidRPr="00871AA6">
        <w:rPr>
          <w:sz w:val="28"/>
          <w:szCs w:val="28"/>
          <w:lang w:val="ru-RU"/>
        </w:rPr>
        <w:t xml:space="preserve"> </w:t>
      </w:r>
      <w:proofErr w:type="spellStart"/>
      <w:r w:rsidRPr="00871AA6">
        <w:rPr>
          <w:sz w:val="28"/>
          <w:szCs w:val="28"/>
          <w:lang w:val="ru-RU"/>
        </w:rPr>
        <w:t>тану</w:t>
      </w:r>
      <w:proofErr w:type="spellEnd"/>
      <w:r w:rsidRPr="00871AA6">
        <w:rPr>
          <w:sz w:val="28"/>
          <w:szCs w:val="28"/>
          <w:lang w:val="ru-RU"/>
        </w:rPr>
        <w:t xml:space="preserve">, </w:t>
      </w:r>
      <w:proofErr w:type="spellStart"/>
      <w:r w:rsidRPr="00871AA6">
        <w:rPr>
          <w:sz w:val="28"/>
          <w:szCs w:val="28"/>
          <w:lang w:val="ru-RU"/>
        </w:rPr>
        <w:t>танымдық-қатысымдық</w:t>
      </w:r>
      <w:proofErr w:type="spellEnd"/>
      <w:r w:rsidRPr="00871AA6">
        <w:rPr>
          <w:sz w:val="28"/>
          <w:szCs w:val="28"/>
          <w:lang w:val="ru-RU"/>
        </w:rPr>
        <w:t xml:space="preserve"> </w:t>
      </w:r>
      <w:proofErr w:type="spellStart"/>
      <w:r w:rsidRPr="00871AA6">
        <w:rPr>
          <w:sz w:val="28"/>
          <w:szCs w:val="28"/>
          <w:lang w:val="ru-RU"/>
        </w:rPr>
        <w:t>оқыту</w:t>
      </w:r>
      <w:proofErr w:type="spellEnd"/>
      <w:r w:rsidRPr="00871AA6">
        <w:rPr>
          <w:sz w:val="28"/>
          <w:szCs w:val="28"/>
          <w:lang w:val="ru-RU"/>
        </w:rPr>
        <w:t xml:space="preserve"> </w:t>
      </w:r>
      <w:proofErr w:type="spellStart"/>
      <w:r w:rsidRPr="00871AA6">
        <w:rPr>
          <w:sz w:val="28"/>
          <w:szCs w:val="28"/>
          <w:lang w:val="ru-RU"/>
        </w:rPr>
        <w:t>сияқты</w:t>
      </w:r>
      <w:proofErr w:type="spellEnd"/>
      <w:r w:rsidRPr="00871AA6">
        <w:rPr>
          <w:sz w:val="28"/>
          <w:szCs w:val="28"/>
          <w:lang w:val="ru-RU"/>
        </w:rPr>
        <w:t xml:space="preserve"> </w:t>
      </w:r>
      <w:proofErr w:type="spellStart"/>
      <w:r w:rsidRPr="00871AA6">
        <w:rPr>
          <w:sz w:val="28"/>
          <w:szCs w:val="28"/>
          <w:lang w:val="ru-RU"/>
        </w:rPr>
        <w:t>бағыттар</w:t>
      </w:r>
      <w:proofErr w:type="spellEnd"/>
      <w:r w:rsidRPr="00871AA6">
        <w:rPr>
          <w:sz w:val="28"/>
          <w:szCs w:val="28"/>
          <w:lang w:val="ru-RU"/>
        </w:rPr>
        <w:t xml:space="preserve"> </w:t>
      </w:r>
      <w:proofErr w:type="spellStart"/>
      <w:r w:rsidRPr="00871AA6">
        <w:rPr>
          <w:sz w:val="28"/>
          <w:szCs w:val="28"/>
          <w:lang w:val="ru-RU"/>
        </w:rPr>
        <w:t>бойынша</w:t>
      </w:r>
      <w:proofErr w:type="spellEnd"/>
      <w:r w:rsidRPr="00871AA6">
        <w:rPr>
          <w:sz w:val="28"/>
          <w:szCs w:val="28"/>
          <w:lang w:val="ru-RU"/>
        </w:rPr>
        <w:t xml:space="preserve"> </w:t>
      </w:r>
      <w:proofErr w:type="spellStart"/>
      <w:r w:rsidRPr="00871AA6">
        <w:rPr>
          <w:sz w:val="28"/>
          <w:szCs w:val="28"/>
          <w:lang w:val="ru-RU"/>
        </w:rPr>
        <w:t>іргелі</w:t>
      </w:r>
      <w:proofErr w:type="spellEnd"/>
      <w:r w:rsidRPr="00871AA6">
        <w:rPr>
          <w:sz w:val="28"/>
          <w:szCs w:val="28"/>
          <w:lang w:val="ru-RU"/>
        </w:rPr>
        <w:t xml:space="preserve"> </w:t>
      </w:r>
      <w:proofErr w:type="spellStart"/>
      <w:r w:rsidRPr="00871AA6">
        <w:rPr>
          <w:sz w:val="28"/>
          <w:szCs w:val="28"/>
          <w:lang w:val="ru-RU"/>
        </w:rPr>
        <w:t>зерттеулер</w:t>
      </w:r>
      <w:proofErr w:type="spellEnd"/>
      <w:r w:rsidRPr="00871AA6">
        <w:rPr>
          <w:sz w:val="28"/>
          <w:szCs w:val="28"/>
          <w:lang w:val="ru-RU"/>
        </w:rPr>
        <w:t xml:space="preserve"> </w:t>
      </w:r>
      <w:proofErr w:type="spellStart"/>
      <w:r w:rsidRPr="00871AA6">
        <w:rPr>
          <w:sz w:val="28"/>
          <w:szCs w:val="28"/>
          <w:lang w:val="ru-RU"/>
        </w:rPr>
        <w:t>жүргізілді</w:t>
      </w:r>
      <w:proofErr w:type="spellEnd"/>
      <w:r w:rsidRPr="00871AA6">
        <w:rPr>
          <w:sz w:val="28"/>
          <w:szCs w:val="28"/>
          <w:lang w:val="ru-RU"/>
        </w:rPr>
        <w:t xml:space="preserve">. </w:t>
      </w:r>
      <w:proofErr w:type="spellStart"/>
      <w:r w:rsidRPr="00871AA6">
        <w:rPr>
          <w:sz w:val="28"/>
          <w:szCs w:val="28"/>
          <w:lang w:val="ru-RU"/>
        </w:rPr>
        <w:t>Н.Құрманова</w:t>
      </w:r>
      <w:proofErr w:type="spellEnd"/>
      <w:r w:rsidRPr="00871AA6">
        <w:rPr>
          <w:sz w:val="28"/>
          <w:szCs w:val="28"/>
          <w:lang w:val="ru-RU"/>
        </w:rPr>
        <w:t xml:space="preserve"> </w:t>
      </w:r>
      <w:proofErr w:type="spellStart"/>
      <w:r w:rsidRPr="00871AA6">
        <w:rPr>
          <w:sz w:val="28"/>
          <w:szCs w:val="28"/>
          <w:lang w:val="ru-RU"/>
        </w:rPr>
        <w:t>сөз</w:t>
      </w:r>
      <w:proofErr w:type="spellEnd"/>
      <w:r w:rsidRPr="00871AA6">
        <w:rPr>
          <w:sz w:val="28"/>
          <w:szCs w:val="28"/>
          <w:lang w:val="ru-RU"/>
        </w:rPr>
        <w:t xml:space="preserve"> </w:t>
      </w:r>
      <w:proofErr w:type="spellStart"/>
      <w:r w:rsidRPr="00871AA6">
        <w:rPr>
          <w:sz w:val="28"/>
          <w:szCs w:val="28"/>
          <w:lang w:val="ru-RU"/>
        </w:rPr>
        <w:t>тіркесі</w:t>
      </w:r>
      <w:proofErr w:type="spellEnd"/>
      <w:r w:rsidRPr="00871AA6">
        <w:rPr>
          <w:sz w:val="28"/>
          <w:szCs w:val="28"/>
          <w:lang w:val="ru-RU"/>
        </w:rPr>
        <w:t xml:space="preserve"> </w:t>
      </w:r>
      <w:proofErr w:type="spellStart"/>
      <w:r w:rsidRPr="00871AA6">
        <w:rPr>
          <w:sz w:val="28"/>
          <w:szCs w:val="28"/>
          <w:lang w:val="ru-RU"/>
        </w:rPr>
        <w:t>синтаксисін</w:t>
      </w:r>
      <w:proofErr w:type="spellEnd"/>
      <w:r w:rsidRPr="00871AA6">
        <w:rPr>
          <w:sz w:val="28"/>
          <w:szCs w:val="28"/>
          <w:lang w:val="ru-RU"/>
        </w:rPr>
        <w:t xml:space="preserve"> </w:t>
      </w:r>
      <w:proofErr w:type="spellStart"/>
      <w:r w:rsidRPr="00871AA6">
        <w:rPr>
          <w:sz w:val="28"/>
          <w:szCs w:val="28"/>
          <w:lang w:val="ru-RU"/>
        </w:rPr>
        <w:t>ұлттық</w:t>
      </w:r>
      <w:proofErr w:type="spellEnd"/>
      <w:r w:rsidRPr="00871AA6">
        <w:rPr>
          <w:sz w:val="28"/>
          <w:szCs w:val="28"/>
          <w:lang w:val="ru-RU"/>
        </w:rPr>
        <w:t xml:space="preserve"> </w:t>
      </w:r>
      <w:proofErr w:type="spellStart"/>
      <w:r w:rsidRPr="00871AA6">
        <w:rPr>
          <w:sz w:val="28"/>
          <w:szCs w:val="28"/>
          <w:lang w:val="ru-RU"/>
        </w:rPr>
        <w:t>мектепте</w:t>
      </w:r>
      <w:proofErr w:type="spellEnd"/>
      <w:r w:rsidRPr="00871AA6">
        <w:rPr>
          <w:sz w:val="28"/>
          <w:szCs w:val="28"/>
          <w:lang w:val="ru-RU"/>
        </w:rPr>
        <w:t xml:space="preserve"> </w:t>
      </w:r>
      <w:proofErr w:type="spellStart"/>
      <w:r w:rsidRPr="00871AA6">
        <w:rPr>
          <w:sz w:val="28"/>
          <w:szCs w:val="28"/>
          <w:lang w:val="ru-RU"/>
        </w:rPr>
        <w:t>оқытуды</w:t>
      </w:r>
      <w:proofErr w:type="spellEnd"/>
      <w:r w:rsidRPr="00871AA6">
        <w:rPr>
          <w:sz w:val="28"/>
          <w:szCs w:val="28"/>
          <w:lang w:val="ru-RU"/>
        </w:rPr>
        <w:t xml:space="preserve">, </w:t>
      </w:r>
      <w:proofErr w:type="spellStart"/>
      <w:r w:rsidRPr="00871AA6">
        <w:rPr>
          <w:sz w:val="28"/>
          <w:szCs w:val="28"/>
          <w:lang w:val="ru-RU"/>
        </w:rPr>
        <w:t>А.Қыдыршаев</w:t>
      </w:r>
      <w:proofErr w:type="spellEnd"/>
      <w:r w:rsidRPr="00871AA6">
        <w:rPr>
          <w:sz w:val="28"/>
          <w:szCs w:val="28"/>
          <w:lang w:val="ru-RU"/>
        </w:rPr>
        <w:t xml:space="preserve"> </w:t>
      </w:r>
      <w:proofErr w:type="spellStart"/>
      <w:r w:rsidRPr="00871AA6">
        <w:rPr>
          <w:sz w:val="28"/>
          <w:szCs w:val="28"/>
          <w:lang w:val="ru-RU"/>
        </w:rPr>
        <w:t>шешендік</w:t>
      </w:r>
      <w:proofErr w:type="spellEnd"/>
      <w:r w:rsidRPr="00871AA6">
        <w:rPr>
          <w:sz w:val="28"/>
          <w:szCs w:val="28"/>
          <w:lang w:val="ru-RU"/>
        </w:rPr>
        <w:t xml:space="preserve"> </w:t>
      </w:r>
      <w:proofErr w:type="spellStart"/>
      <w:r w:rsidRPr="00871AA6">
        <w:rPr>
          <w:sz w:val="28"/>
          <w:szCs w:val="28"/>
          <w:lang w:val="ru-RU"/>
        </w:rPr>
        <w:t>тануды</w:t>
      </w:r>
      <w:proofErr w:type="spellEnd"/>
      <w:r w:rsidRPr="00871AA6">
        <w:rPr>
          <w:sz w:val="28"/>
          <w:szCs w:val="28"/>
          <w:lang w:val="ru-RU"/>
        </w:rPr>
        <w:t xml:space="preserve"> </w:t>
      </w:r>
      <w:proofErr w:type="spellStart"/>
      <w:r w:rsidRPr="00871AA6">
        <w:rPr>
          <w:sz w:val="28"/>
          <w:szCs w:val="28"/>
          <w:lang w:val="ru-RU"/>
        </w:rPr>
        <w:t>меңгертуді</w:t>
      </w:r>
      <w:proofErr w:type="spellEnd"/>
      <w:r w:rsidRPr="00871AA6">
        <w:rPr>
          <w:sz w:val="28"/>
          <w:szCs w:val="28"/>
          <w:lang w:val="ru-RU"/>
        </w:rPr>
        <w:t xml:space="preserve">, </w:t>
      </w:r>
      <w:proofErr w:type="spellStart"/>
      <w:r w:rsidRPr="00871AA6">
        <w:rPr>
          <w:sz w:val="28"/>
          <w:szCs w:val="28"/>
          <w:lang w:val="ru-RU"/>
        </w:rPr>
        <w:t>Ж.Сүлейменова</w:t>
      </w:r>
      <w:proofErr w:type="spellEnd"/>
      <w:r w:rsidRPr="00871AA6">
        <w:rPr>
          <w:sz w:val="28"/>
          <w:szCs w:val="28"/>
          <w:lang w:val="ru-RU"/>
        </w:rPr>
        <w:t xml:space="preserve"> </w:t>
      </w:r>
      <w:proofErr w:type="spellStart"/>
      <w:r w:rsidRPr="00871AA6">
        <w:rPr>
          <w:sz w:val="28"/>
          <w:szCs w:val="28"/>
          <w:lang w:val="ru-RU"/>
        </w:rPr>
        <w:t>жоғары</w:t>
      </w:r>
      <w:proofErr w:type="spellEnd"/>
      <w:r w:rsidRPr="00871AA6">
        <w:rPr>
          <w:sz w:val="28"/>
          <w:szCs w:val="28"/>
          <w:lang w:val="ru-RU"/>
        </w:rPr>
        <w:t xml:space="preserve"> </w:t>
      </w:r>
      <w:proofErr w:type="spellStart"/>
      <w:r w:rsidRPr="00871AA6">
        <w:rPr>
          <w:sz w:val="28"/>
          <w:szCs w:val="28"/>
          <w:lang w:val="ru-RU"/>
        </w:rPr>
        <w:t>оқу</w:t>
      </w:r>
      <w:proofErr w:type="spellEnd"/>
      <w:r w:rsidRPr="00871AA6">
        <w:rPr>
          <w:sz w:val="28"/>
          <w:szCs w:val="28"/>
          <w:lang w:val="ru-RU"/>
        </w:rPr>
        <w:t xml:space="preserve"> </w:t>
      </w:r>
      <w:proofErr w:type="spellStart"/>
      <w:r w:rsidRPr="00871AA6">
        <w:rPr>
          <w:sz w:val="28"/>
          <w:szCs w:val="28"/>
          <w:lang w:val="ru-RU"/>
        </w:rPr>
        <w:t>орындарында</w:t>
      </w:r>
      <w:proofErr w:type="spellEnd"/>
      <w:r w:rsidRPr="00871AA6">
        <w:rPr>
          <w:sz w:val="28"/>
          <w:szCs w:val="28"/>
          <w:lang w:val="ru-RU"/>
        </w:rPr>
        <w:t xml:space="preserve"> </w:t>
      </w:r>
      <w:proofErr w:type="spellStart"/>
      <w:r w:rsidRPr="00871AA6">
        <w:rPr>
          <w:sz w:val="28"/>
          <w:szCs w:val="28"/>
          <w:lang w:val="ru-RU"/>
        </w:rPr>
        <w:t>қазіргі</w:t>
      </w:r>
      <w:proofErr w:type="spellEnd"/>
      <w:r w:rsidRPr="00871AA6">
        <w:rPr>
          <w:sz w:val="28"/>
          <w:szCs w:val="28"/>
          <w:lang w:val="ru-RU"/>
        </w:rPr>
        <w:t xml:space="preserve"> </w:t>
      </w:r>
      <w:proofErr w:type="spellStart"/>
      <w:r w:rsidRPr="00871AA6">
        <w:rPr>
          <w:sz w:val="28"/>
          <w:szCs w:val="28"/>
          <w:lang w:val="ru-RU"/>
        </w:rPr>
        <w:t>қазақ</w:t>
      </w:r>
      <w:proofErr w:type="spellEnd"/>
      <w:r w:rsidRPr="00871AA6">
        <w:rPr>
          <w:sz w:val="28"/>
          <w:szCs w:val="28"/>
          <w:lang w:val="ru-RU"/>
        </w:rPr>
        <w:t xml:space="preserve"> </w:t>
      </w:r>
      <w:proofErr w:type="spellStart"/>
      <w:r w:rsidRPr="00871AA6">
        <w:rPr>
          <w:sz w:val="28"/>
          <w:szCs w:val="28"/>
          <w:lang w:val="ru-RU"/>
        </w:rPr>
        <w:t>тілі</w:t>
      </w:r>
      <w:proofErr w:type="spellEnd"/>
      <w:r w:rsidRPr="00871AA6">
        <w:rPr>
          <w:sz w:val="28"/>
          <w:szCs w:val="28"/>
          <w:lang w:val="ru-RU"/>
        </w:rPr>
        <w:t xml:space="preserve"> </w:t>
      </w:r>
      <w:proofErr w:type="spellStart"/>
      <w:r w:rsidRPr="00871AA6">
        <w:rPr>
          <w:sz w:val="28"/>
          <w:szCs w:val="28"/>
          <w:lang w:val="ru-RU"/>
        </w:rPr>
        <w:t>морфологиясын</w:t>
      </w:r>
      <w:proofErr w:type="spellEnd"/>
      <w:r w:rsidRPr="00871AA6">
        <w:rPr>
          <w:sz w:val="28"/>
          <w:szCs w:val="28"/>
          <w:lang w:val="ru-RU"/>
        </w:rPr>
        <w:t xml:space="preserve"> </w:t>
      </w:r>
      <w:proofErr w:type="spellStart"/>
      <w:r w:rsidRPr="00871AA6">
        <w:rPr>
          <w:sz w:val="28"/>
          <w:szCs w:val="28"/>
          <w:lang w:val="ru-RU"/>
        </w:rPr>
        <w:t>оқытуды</w:t>
      </w:r>
      <w:proofErr w:type="spellEnd"/>
      <w:r w:rsidRPr="00871AA6">
        <w:rPr>
          <w:sz w:val="28"/>
          <w:szCs w:val="28"/>
          <w:lang w:val="ru-RU"/>
        </w:rPr>
        <w:t xml:space="preserve">, </w:t>
      </w:r>
      <w:proofErr w:type="spellStart"/>
      <w:r w:rsidRPr="00871AA6">
        <w:rPr>
          <w:sz w:val="28"/>
          <w:szCs w:val="28"/>
          <w:lang w:val="ru-RU"/>
        </w:rPr>
        <w:t>З.Бейсенбаева</w:t>
      </w:r>
      <w:proofErr w:type="spellEnd"/>
      <w:r w:rsidRPr="00871AA6">
        <w:rPr>
          <w:sz w:val="28"/>
          <w:szCs w:val="28"/>
          <w:lang w:val="ru-RU"/>
        </w:rPr>
        <w:t xml:space="preserve"> </w:t>
      </w:r>
      <w:proofErr w:type="spellStart"/>
      <w:r w:rsidRPr="00871AA6">
        <w:rPr>
          <w:sz w:val="28"/>
          <w:szCs w:val="28"/>
          <w:lang w:val="ru-RU"/>
        </w:rPr>
        <w:t>сөзжасамдық</w:t>
      </w:r>
      <w:proofErr w:type="spellEnd"/>
      <w:r w:rsidRPr="00871AA6">
        <w:rPr>
          <w:sz w:val="28"/>
          <w:szCs w:val="28"/>
          <w:lang w:val="ru-RU"/>
        </w:rPr>
        <w:t xml:space="preserve"> </w:t>
      </w:r>
      <w:proofErr w:type="spellStart"/>
      <w:r w:rsidRPr="00871AA6">
        <w:rPr>
          <w:sz w:val="28"/>
          <w:szCs w:val="28"/>
          <w:lang w:val="ru-RU"/>
        </w:rPr>
        <w:t>жүйені</w:t>
      </w:r>
      <w:proofErr w:type="spellEnd"/>
      <w:r w:rsidRPr="00871AA6">
        <w:rPr>
          <w:sz w:val="28"/>
          <w:szCs w:val="28"/>
          <w:lang w:val="ru-RU"/>
        </w:rPr>
        <w:t xml:space="preserve"> </w:t>
      </w:r>
      <w:proofErr w:type="spellStart"/>
      <w:r w:rsidRPr="00871AA6">
        <w:rPr>
          <w:sz w:val="28"/>
          <w:szCs w:val="28"/>
          <w:lang w:val="ru-RU"/>
        </w:rPr>
        <w:t>оқытудың</w:t>
      </w:r>
      <w:proofErr w:type="spellEnd"/>
      <w:r w:rsidRPr="00871AA6">
        <w:rPr>
          <w:sz w:val="28"/>
          <w:szCs w:val="28"/>
          <w:lang w:val="ru-RU"/>
        </w:rPr>
        <w:t xml:space="preserve"> </w:t>
      </w:r>
      <w:proofErr w:type="spellStart"/>
      <w:r w:rsidRPr="00871AA6">
        <w:rPr>
          <w:sz w:val="28"/>
          <w:szCs w:val="28"/>
          <w:lang w:val="ru-RU"/>
        </w:rPr>
        <w:t>ғылыми-әдістемелік</w:t>
      </w:r>
      <w:proofErr w:type="spellEnd"/>
      <w:r w:rsidRPr="00871AA6">
        <w:rPr>
          <w:sz w:val="28"/>
          <w:szCs w:val="28"/>
          <w:lang w:val="ru-RU"/>
        </w:rPr>
        <w:t xml:space="preserve"> </w:t>
      </w:r>
      <w:proofErr w:type="spellStart"/>
      <w:r w:rsidRPr="00871AA6">
        <w:rPr>
          <w:sz w:val="28"/>
          <w:szCs w:val="28"/>
          <w:lang w:val="ru-RU"/>
        </w:rPr>
        <w:t>негіздерін</w:t>
      </w:r>
      <w:proofErr w:type="spellEnd"/>
      <w:r w:rsidRPr="00871AA6">
        <w:rPr>
          <w:sz w:val="28"/>
          <w:szCs w:val="28"/>
          <w:lang w:val="ru-RU"/>
        </w:rPr>
        <w:t xml:space="preserve">, </w:t>
      </w:r>
      <w:proofErr w:type="spellStart"/>
      <w:r w:rsidRPr="00871AA6">
        <w:rPr>
          <w:sz w:val="28"/>
          <w:szCs w:val="28"/>
          <w:lang w:val="ru-RU"/>
        </w:rPr>
        <w:t>Ж.Дәулетбекова</w:t>
      </w:r>
      <w:proofErr w:type="spellEnd"/>
      <w:r w:rsidRPr="00871AA6">
        <w:rPr>
          <w:sz w:val="28"/>
          <w:szCs w:val="28"/>
          <w:lang w:val="ru-RU"/>
        </w:rPr>
        <w:t xml:space="preserve"> </w:t>
      </w:r>
      <w:proofErr w:type="spellStart"/>
      <w:r w:rsidRPr="00871AA6">
        <w:rPr>
          <w:sz w:val="28"/>
          <w:szCs w:val="28"/>
          <w:lang w:val="ru-RU"/>
        </w:rPr>
        <w:t>сөз</w:t>
      </w:r>
      <w:proofErr w:type="spellEnd"/>
      <w:r w:rsidRPr="00871AA6">
        <w:rPr>
          <w:sz w:val="28"/>
          <w:szCs w:val="28"/>
          <w:lang w:val="ru-RU"/>
        </w:rPr>
        <w:t xml:space="preserve"> </w:t>
      </w:r>
      <w:proofErr w:type="spellStart"/>
      <w:r w:rsidRPr="00871AA6">
        <w:rPr>
          <w:sz w:val="28"/>
          <w:szCs w:val="28"/>
          <w:lang w:val="ru-RU"/>
        </w:rPr>
        <w:t>мәдениетін</w:t>
      </w:r>
      <w:proofErr w:type="spellEnd"/>
      <w:r w:rsidRPr="00871AA6">
        <w:rPr>
          <w:sz w:val="28"/>
          <w:szCs w:val="28"/>
          <w:lang w:val="ru-RU"/>
        </w:rPr>
        <w:t xml:space="preserve"> </w:t>
      </w:r>
      <w:proofErr w:type="spellStart"/>
      <w:r w:rsidRPr="00871AA6">
        <w:rPr>
          <w:sz w:val="28"/>
          <w:szCs w:val="28"/>
          <w:lang w:val="ru-RU"/>
        </w:rPr>
        <w:t>оқытуды</w:t>
      </w:r>
      <w:proofErr w:type="spellEnd"/>
      <w:r w:rsidRPr="00871AA6">
        <w:rPr>
          <w:sz w:val="28"/>
          <w:szCs w:val="28"/>
          <w:lang w:val="ru-RU"/>
        </w:rPr>
        <w:t xml:space="preserve"> </w:t>
      </w:r>
      <w:proofErr w:type="spellStart"/>
      <w:r w:rsidRPr="00871AA6">
        <w:rPr>
          <w:sz w:val="28"/>
          <w:szCs w:val="28"/>
          <w:lang w:val="ru-RU"/>
        </w:rPr>
        <w:lastRenderedPageBreak/>
        <w:t>зерттеді</w:t>
      </w:r>
      <w:proofErr w:type="spellEnd"/>
      <w:r w:rsidRPr="00871AA6">
        <w:rPr>
          <w:sz w:val="28"/>
          <w:szCs w:val="28"/>
          <w:lang w:val="ru-RU"/>
        </w:rPr>
        <w:t xml:space="preserve">. </w:t>
      </w:r>
      <w:proofErr w:type="spellStart"/>
      <w:r w:rsidRPr="00871AA6">
        <w:rPr>
          <w:sz w:val="28"/>
          <w:szCs w:val="28"/>
          <w:lang w:val="ru-RU"/>
        </w:rPr>
        <w:t>Кейін</w:t>
      </w:r>
      <w:proofErr w:type="spellEnd"/>
      <w:r w:rsidRPr="00871AA6">
        <w:rPr>
          <w:sz w:val="28"/>
          <w:szCs w:val="28"/>
          <w:lang w:val="ru-RU"/>
        </w:rPr>
        <w:t xml:space="preserve"> </w:t>
      </w:r>
      <w:proofErr w:type="spellStart"/>
      <w:r w:rsidRPr="00871AA6">
        <w:rPr>
          <w:sz w:val="28"/>
          <w:szCs w:val="28"/>
          <w:lang w:val="ru-RU"/>
        </w:rPr>
        <w:t>Ж.Балтабаева</w:t>
      </w:r>
      <w:proofErr w:type="spellEnd"/>
      <w:r w:rsidRPr="00871AA6">
        <w:rPr>
          <w:sz w:val="28"/>
          <w:szCs w:val="28"/>
          <w:lang w:val="ru-RU"/>
        </w:rPr>
        <w:t xml:space="preserve"> </w:t>
      </w:r>
      <w:proofErr w:type="spellStart"/>
      <w:r w:rsidRPr="00871AA6">
        <w:rPr>
          <w:sz w:val="28"/>
          <w:szCs w:val="28"/>
          <w:lang w:val="ru-RU"/>
        </w:rPr>
        <w:t>морфологияны</w:t>
      </w:r>
      <w:proofErr w:type="spellEnd"/>
      <w:r w:rsidRPr="00871AA6">
        <w:rPr>
          <w:sz w:val="28"/>
          <w:szCs w:val="28"/>
          <w:lang w:val="ru-RU"/>
        </w:rPr>
        <w:t xml:space="preserve"> </w:t>
      </w:r>
      <w:proofErr w:type="spellStart"/>
      <w:r w:rsidRPr="00871AA6">
        <w:rPr>
          <w:sz w:val="28"/>
          <w:szCs w:val="28"/>
          <w:lang w:val="ru-RU"/>
        </w:rPr>
        <w:t>оқыту</w:t>
      </w:r>
      <w:proofErr w:type="spellEnd"/>
      <w:r w:rsidRPr="00871AA6">
        <w:rPr>
          <w:sz w:val="28"/>
          <w:szCs w:val="28"/>
          <w:lang w:val="ru-RU"/>
        </w:rPr>
        <w:t xml:space="preserve">, </w:t>
      </w:r>
      <w:proofErr w:type="spellStart"/>
      <w:r w:rsidRPr="00871AA6">
        <w:rPr>
          <w:sz w:val="28"/>
          <w:szCs w:val="28"/>
          <w:lang w:val="ru-RU"/>
        </w:rPr>
        <w:t>Р.Рахметова</w:t>
      </w:r>
      <w:proofErr w:type="spellEnd"/>
      <w:r w:rsidRPr="00871AA6">
        <w:rPr>
          <w:sz w:val="28"/>
          <w:szCs w:val="28"/>
          <w:lang w:val="ru-RU"/>
        </w:rPr>
        <w:t xml:space="preserve"> </w:t>
      </w:r>
      <w:proofErr w:type="spellStart"/>
      <w:r w:rsidRPr="00871AA6">
        <w:rPr>
          <w:sz w:val="28"/>
          <w:szCs w:val="28"/>
          <w:lang w:val="ru-RU"/>
        </w:rPr>
        <w:t>қазақ</w:t>
      </w:r>
      <w:proofErr w:type="spellEnd"/>
      <w:r w:rsidRPr="00871AA6">
        <w:rPr>
          <w:sz w:val="28"/>
          <w:szCs w:val="28"/>
          <w:lang w:val="ru-RU"/>
        </w:rPr>
        <w:t xml:space="preserve"> </w:t>
      </w:r>
      <w:proofErr w:type="spellStart"/>
      <w:r w:rsidRPr="00871AA6">
        <w:rPr>
          <w:sz w:val="28"/>
          <w:szCs w:val="28"/>
          <w:lang w:val="ru-RU"/>
        </w:rPr>
        <w:t>тілін</w:t>
      </w:r>
      <w:proofErr w:type="spellEnd"/>
      <w:r w:rsidRPr="00871AA6">
        <w:rPr>
          <w:sz w:val="28"/>
          <w:szCs w:val="28"/>
          <w:lang w:val="ru-RU"/>
        </w:rPr>
        <w:t xml:space="preserve"> </w:t>
      </w:r>
      <w:proofErr w:type="spellStart"/>
      <w:r w:rsidRPr="00871AA6">
        <w:rPr>
          <w:sz w:val="28"/>
          <w:szCs w:val="28"/>
          <w:lang w:val="ru-RU"/>
        </w:rPr>
        <w:t>танымдық-қатысымдық</w:t>
      </w:r>
      <w:proofErr w:type="spellEnd"/>
      <w:r w:rsidRPr="00871AA6">
        <w:rPr>
          <w:sz w:val="28"/>
          <w:szCs w:val="28"/>
          <w:lang w:val="ru-RU"/>
        </w:rPr>
        <w:t xml:space="preserve"> </w:t>
      </w:r>
      <w:proofErr w:type="spellStart"/>
      <w:r w:rsidRPr="00871AA6">
        <w:rPr>
          <w:sz w:val="28"/>
          <w:szCs w:val="28"/>
          <w:lang w:val="ru-RU"/>
        </w:rPr>
        <w:t>бағдарлы</w:t>
      </w:r>
      <w:proofErr w:type="spellEnd"/>
      <w:r w:rsidRPr="00871AA6">
        <w:rPr>
          <w:sz w:val="28"/>
          <w:szCs w:val="28"/>
          <w:lang w:val="ru-RU"/>
        </w:rPr>
        <w:t xml:space="preserve"> </w:t>
      </w:r>
      <w:proofErr w:type="spellStart"/>
      <w:r w:rsidRPr="00871AA6">
        <w:rPr>
          <w:sz w:val="28"/>
          <w:szCs w:val="28"/>
          <w:lang w:val="ru-RU"/>
        </w:rPr>
        <w:t>оқыту</w:t>
      </w:r>
      <w:proofErr w:type="spellEnd"/>
      <w:r w:rsidRPr="00871AA6">
        <w:rPr>
          <w:sz w:val="28"/>
          <w:szCs w:val="28"/>
          <w:lang w:val="ru-RU"/>
        </w:rPr>
        <w:t xml:space="preserve"> </w:t>
      </w:r>
      <w:proofErr w:type="spellStart"/>
      <w:r w:rsidRPr="00871AA6">
        <w:rPr>
          <w:sz w:val="28"/>
          <w:szCs w:val="28"/>
          <w:lang w:val="ru-RU"/>
        </w:rPr>
        <w:t>мәселелерін</w:t>
      </w:r>
      <w:proofErr w:type="spellEnd"/>
      <w:r w:rsidRPr="00871AA6">
        <w:rPr>
          <w:sz w:val="28"/>
          <w:szCs w:val="28"/>
          <w:lang w:val="ru-RU"/>
        </w:rPr>
        <w:t xml:space="preserve"> </w:t>
      </w:r>
      <w:proofErr w:type="spellStart"/>
      <w:r w:rsidRPr="00871AA6">
        <w:rPr>
          <w:sz w:val="28"/>
          <w:szCs w:val="28"/>
          <w:lang w:val="ru-RU"/>
        </w:rPr>
        <w:t>қарастырды</w:t>
      </w:r>
      <w:proofErr w:type="spellEnd"/>
      <w:r w:rsidRPr="00871AA6">
        <w:rPr>
          <w:sz w:val="28"/>
          <w:szCs w:val="28"/>
          <w:lang w:val="ru-RU"/>
        </w:rPr>
        <w:t>.</w:t>
      </w:r>
    </w:p>
    <w:p w:rsidR="00E95EA3" w:rsidRPr="00871AA6" w:rsidRDefault="00000000" w:rsidP="00871AA6">
      <w:pPr>
        <w:spacing w:after="0" w:line="240" w:lineRule="auto"/>
        <w:ind w:firstLine="567"/>
        <w:jc w:val="both"/>
        <w:rPr>
          <w:sz w:val="28"/>
          <w:szCs w:val="28"/>
          <w:lang w:val="ru-RU"/>
        </w:rPr>
      </w:pPr>
      <w:proofErr w:type="spellStart"/>
      <w:r w:rsidRPr="00871AA6">
        <w:rPr>
          <w:sz w:val="28"/>
          <w:szCs w:val="28"/>
          <w:lang w:val="ru-RU"/>
        </w:rPr>
        <w:t>Бұл</w:t>
      </w:r>
      <w:proofErr w:type="spellEnd"/>
      <w:r w:rsidRPr="00871AA6">
        <w:rPr>
          <w:sz w:val="28"/>
          <w:szCs w:val="28"/>
          <w:lang w:val="ru-RU"/>
        </w:rPr>
        <w:t xml:space="preserve"> </w:t>
      </w:r>
      <w:proofErr w:type="spellStart"/>
      <w:r w:rsidRPr="00871AA6">
        <w:rPr>
          <w:sz w:val="28"/>
          <w:szCs w:val="28"/>
          <w:lang w:val="ru-RU"/>
        </w:rPr>
        <w:t>кезеңдегі</w:t>
      </w:r>
      <w:proofErr w:type="spellEnd"/>
      <w:r w:rsidRPr="00871AA6">
        <w:rPr>
          <w:sz w:val="28"/>
          <w:szCs w:val="28"/>
          <w:lang w:val="ru-RU"/>
        </w:rPr>
        <w:t xml:space="preserve"> </w:t>
      </w:r>
      <w:proofErr w:type="spellStart"/>
      <w:r w:rsidRPr="00871AA6">
        <w:rPr>
          <w:sz w:val="28"/>
          <w:szCs w:val="28"/>
          <w:lang w:val="ru-RU"/>
        </w:rPr>
        <w:t>зерттеулердің</w:t>
      </w:r>
      <w:proofErr w:type="spellEnd"/>
      <w:r w:rsidRPr="00871AA6">
        <w:rPr>
          <w:sz w:val="28"/>
          <w:szCs w:val="28"/>
          <w:lang w:val="ru-RU"/>
        </w:rPr>
        <w:t xml:space="preserve"> </w:t>
      </w:r>
      <w:proofErr w:type="spellStart"/>
      <w:r w:rsidRPr="00871AA6">
        <w:rPr>
          <w:sz w:val="28"/>
          <w:szCs w:val="28"/>
          <w:lang w:val="ru-RU"/>
        </w:rPr>
        <w:t>ортақ</w:t>
      </w:r>
      <w:proofErr w:type="spellEnd"/>
      <w:r w:rsidRPr="00871AA6">
        <w:rPr>
          <w:sz w:val="28"/>
          <w:szCs w:val="28"/>
          <w:lang w:val="ru-RU"/>
        </w:rPr>
        <w:t xml:space="preserve"> </w:t>
      </w:r>
      <w:proofErr w:type="spellStart"/>
      <w:r w:rsidRPr="00871AA6">
        <w:rPr>
          <w:sz w:val="28"/>
          <w:szCs w:val="28"/>
          <w:lang w:val="ru-RU"/>
        </w:rPr>
        <w:t>сипаты</w:t>
      </w:r>
      <w:proofErr w:type="spellEnd"/>
      <w:r w:rsidRPr="00871AA6">
        <w:rPr>
          <w:sz w:val="28"/>
          <w:szCs w:val="28"/>
          <w:lang w:val="ru-RU"/>
        </w:rPr>
        <w:t xml:space="preserve"> – </w:t>
      </w:r>
      <w:proofErr w:type="spellStart"/>
      <w:r w:rsidRPr="00871AA6">
        <w:rPr>
          <w:sz w:val="28"/>
          <w:szCs w:val="28"/>
          <w:lang w:val="ru-RU"/>
        </w:rPr>
        <w:t>қазақ</w:t>
      </w:r>
      <w:proofErr w:type="spellEnd"/>
      <w:r w:rsidRPr="00871AA6">
        <w:rPr>
          <w:sz w:val="28"/>
          <w:szCs w:val="28"/>
          <w:lang w:val="ru-RU"/>
        </w:rPr>
        <w:t xml:space="preserve"> </w:t>
      </w:r>
      <w:proofErr w:type="spellStart"/>
      <w:r w:rsidRPr="00871AA6">
        <w:rPr>
          <w:sz w:val="28"/>
          <w:szCs w:val="28"/>
          <w:lang w:val="ru-RU"/>
        </w:rPr>
        <w:t>тілін</w:t>
      </w:r>
      <w:proofErr w:type="spellEnd"/>
      <w:r w:rsidRPr="00871AA6">
        <w:rPr>
          <w:sz w:val="28"/>
          <w:szCs w:val="28"/>
          <w:lang w:val="ru-RU"/>
        </w:rPr>
        <w:t xml:space="preserve"> </w:t>
      </w:r>
      <w:proofErr w:type="spellStart"/>
      <w:r w:rsidRPr="00871AA6">
        <w:rPr>
          <w:sz w:val="28"/>
          <w:szCs w:val="28"/>
          <w:lang w:val="ru-RU"/>
        </w:rPr>
        <w:t>оқытуды</w:t>
      </w:r>
      <w:proofErr w:type="spellEnd"/>
      <w:r w:rsidRPr="00871AA6">
        <w:rPr>
          <w:sz w:val="28"/>
          <w:szCs w:val="28"/>
          <w:lang w:val="ru-RU"/>
        </w:rPr>
        <w:t xml:space="preserve"> </w:t>
      </w:r>
      <w:proofErr w:type="spellStart"/>
      <w:r w:rsidRPr="00871AA6">
        <w:rPr>
          <w:sz w:val="28"/>
          <w:szCs w:val="28"/>
          <w:lang w:val="ru-RU"/>
        </w:rPr>
        <w:t>белсенді</w:t>
      </w:r>
      <w:proofErr w:type="spellEnd"/>
      <w:r w:rsidRPr="00871AA6">
        <w:rPr>
          <w:sz w:val="28"/>
          <w:szCs w:val="28"/>
          <w:lang w:val="ru-RU"/>
        </w:rPr>
        <w:t xml:space="preserve">, </w:t>
      </w:r>
      <w:proofErr w:type="spellStart"/>
      <w:r w:rsidRPr="00871AA6">
        <w:rPr>
          <w:sz w:val="28"/>
          <w:szCs w:val="28"/>
          <w:lang w:val="ru-RU"/>
        </w:rPr>
        <w:t>интерактивті</w:t>
      </w:r>
      <w:proofErr w:type="spellEnd"/>
      <w:r w:rsidRPr="00871AA6">
        <w:rPr>
          <w:sz w:val="28"/>
          <w:szCs w:val="28"/>
          <w:lang w:val="ru-RU"/>
        </w:rPr>
        <w:t xml:space="preserve"> </w:t>
      </w:r>
      <w:proofErr w:type="spellStart"/>
      <w:r w:rsidRPr="00871AA6">
        <w:rPr>
          <w:sz w:val="28"/>
          <w:szCs w:val="28"/>
          <w:lang w:val="ru-RU"/>
        </w:rPr>
        <w:t>және</w:t>
      </w:r>
      <w:proofErr w:type="spellEnd"/>
      <w:r w:rsidRPr="00871AA6">
        <w:rPr>
          <w:sz w:val="28"/>
          <w:szCs w:val="28"/>
          <w:lang w:val="ru-RU"/>
        </w:rPr>
        <w:t xml:space="preserve"> </w:t>
      </w:r>
      <w:proofErr w:type="spellStart"/>
      <w:r w:rsidRPr="00871AA6">
        <w:rPr>
          <w:sz w:val="28"/>
          <w:szCs w:val="28"/>
          <w:lang w:val="ru-RU"/>
        </w:rPr>
        <w:t>ақпараттық-коммуникациялық</w:t>
      </w:r>
      <w:proofErr w:type="spellEnd"/>
      <w:r w:rsidRPr="00871AA6">
        <w:rPr>
          <w:sz w:val="28"/>
          <w:szCs w:val="28"/>
          <w:lang w:val="ru-RU"/>
        </w:rPr>
        <w:t xml:space="preserve"> </w:t>
      </w:r>
      <w:proofErr w:type="spellStart"/>
      <w:r w:rsidRPr="00871AA6">
        <w:rPr>
          <w:sz w:val="28"/>
          <w:szCs w:val="28"/>
          <w:lang w:val="ru-RU"/>
        </w:rPr>
        <w:t>технологиялармен</w:t>
      </w:r>
      <w:proofErr w:type="spellEnd"/>
      <w:r w:rsidRPr="00871AA6">
        <w:rPr>
          <w:sz w:val="28"/>
          <w:szCs w:val="28"/>
          <w:lang w:val="ru-RU"/>
        </w:rPr>
        <w:t xml:space="preserve"> </w:t>
      </w:r>
      <w:proofErr w:type="spellStart"/>
      <w:r w:rsidRPr="00871AA6">
        <w:rPr>
          <w:sz w:val="28"/>
          <w:szCs w:val="28"/>
          <w:lang w:val="ru-RU"/>
        </w:rPr>
        <w:t>ұштастыру</w:t>
      </w:r>
      <w:proofErr w:type="spellEnd"/>
      <w:r w:rsidRPr="00871AA6">
        <w:rPr>
          <w:sz w:val="28"/>
          <w:szCs w:val="28"/>
          <w:lang w:val="ru-RU"/>
        </w:rPr>
        <w:t xml:space="preserve">. </w:t>
      </w:r>
      <w:proofErr w:type="spellStart"/>
      <w:r w:rsidRPr="00871AA6">
        <w:rPr>
          <w:sz w:val="28"/>
          <w:szCs w:val="28"/>
          <w:lang w:val="ru-RU"/>
        </w:rPr>
        <w:t>Осылайша</w:t>
      </w:r>
      <w:proofErr w:type="spellEnd"/>
      <w:r w:rsidRPr="00871AA6">
        <w:rPr>
          <w:sz w:val="28"/>
          <w:szCs w:val="28"/>
          <w:lang w:val="ru-RU"/>
        </w:rPr>
        <w:t xml:space="preserve"> </w:t>
      </w:r>
      <w:proofErr w:type="spellStart"/>
      <w:r w:rsidRPr="00871AA6">
        <w:rPr>
          <w:sz w:val="28"/>
          <w:szCs w:val="28"/>
          <w:lang w:val="ru-RU"/>
        </w:rPr>
        <w:t>әдістеме</w:t>
      </w:r>
      <w:proofErr w:type="spellEnd"/>
      <w:r w:rsidRPr="00871AA6">
        <w:rPr>
          <w:sz w:val="28"/>
          <w:szCs w:val="28"/>
          <w:lang w:val="ru-RU"/>
        </w:rPr>
        <w:t xml:space="preserve"> </w:t>
      </w:r>
      <w:proofErr w:type="spellStart"/>
      <w:r w:rsidRPr="00871AA6">
        <w:rPr>
          <w:sz w:val="28"/>
          <w:szCs w:val="28"/>
          <w:lang w:val="ru-RU"/>
        </w:rPr>
        <w:t>дәстүрлі</w:t>
      </w:r>
      <w:proofErr w:type="spellEnd"/>
      <w:r w:rsidRPr="00871AA6">
        <w:rPr>
          <w:sz w:val="28"/>
          <w:szCs w:val="28"/>
          <w:lang w:val="ru-RU"/>
        </w:rPr>
        <w:t xml:space="preserve"> </w:t>
      </w:r>
      <w:proofErr w:type="spellStart"/>
      <w:r w:rsidRPr="00871AA6">
        <w:rPr>
          <w:sz w:val="28"/>
          <w:szCs w:val="28"/>
          <w:lang w:val="ru-RU"/>
        </w:rPr>
        <w:t>түсіндіру</w:t>
      </w:r>
      <w:proofErr w:type="spellEnd"/>
      <w:r w:rsidRPr="00871AA6">
        <w:rPr>
          <w:sz w:val="28"/>
          <w:szCs w:val="28"/>
          <w:lang w:val="ru-RU"/>
        </w:rPr>
        <w:t xml:space="preserve"> мен </w:t>
      </w:r>
      <w:proofErr w:type="spellStart"/>
      <w:r w:rsidRPr="00871AA6">
        <w:rPr>
          <w:sz w:val="28"/>
          <w:szCs w:val="28"/>
          <w:lang w:val="ru-RU"/>
        </w:rPr>
        <w:t>жаттығу</w:t>
      </w:r>
      <w:proofErr w:type="spellEnd"/>
      <w:r w:rsidRPr="00871AA6">
        <w:rPr>
          <w:sz w:val="28"/>
          <w:szCs w:val="28"/>
          <w:lang w:val="ru-RU"/>
        </w:rPr>
        <w:t xml:space="preserve"> </w:t>
      </w:r>
      <w:proofErr w:type="spellStart"/>
      <w:r w:rsidRPr="00871AA6">
        <w:rPr>
          <w:sz w:val="28"/>
          <w:szCs w:val="28"/>
          <w:lang w:val="ru-RU"/>
        </w:rPr>
        <w:t>жүйесінен</w:t>
      </w:r>
      <w:proofErr w:type="spellEnd"/>
      <w:r w:rsidRPr="00871AA6">
        <w:rPr>
          <w:sz w:val="28"/>
          <w:szCs w:val="28"/>
          <w:lang w:val="ru-RU"/>
        </w:rPr>
        <w:t xml:space="preserve"> </w:t>
      </w:r>
      <w:proofErr w:type="spellStart"/>
      <w:r w:rsidRPr="00871AA6">
        <w:rPr>
          <w:sz w:val="28"/>
          <w:szCs w:val="28"/>
          <w:lang w:val="ru-RU"/>
        </w:rPr>
        <w:t>оқушының</w:t>
      </w:r>
      <w:proofErr w:type="spellEnd"/>
      <w:r w:rsidRPr="00871AA6">
        <w:rPr>
          <w:sz w:val="28"/>
          <w:szCs w:val="28"/>
          <w:lang w:val="ru-RU"/>
        </w:rPr>
        <w:t xml:space="preserve"> </w:t>
      </w:r>
      <w:proofErr w:type="spellStart"/>
      <w:r w:rsidRPr="00871AA6">
        <w:rPr>
          <w:sz w:val="28"/>
          <w:szCs w:val="28"/>
          <w:lang w:val="ru-RU"/>
        </w:rPr>
        <w:t>белсенді</w:t>
      </w:r>
      <w:proofErr w:type="spellEnd"/>
      <w:r w:rsidRPr="00871AA6">
        <w:rPr>
          <w:sz w:val="28"/>
          <w:szCs w:val="28"/>
          <w:lang w:val="ru-RU"/>
        </w:rPr>
        <w:t xml:space="preserve"> </w:t>
      </w:r>
      <w:proofErr w:type="spellStart"/>
      <w:r w:rsidRPr="00871AA6">
        <w:rPr>
          <w:sz w:val="28"/>
          <w:szCs w:val="28"/>
          <w:lang w:val="ru-RU"/>
        </w:rPr>
        <w:t>әрекетіне</w:t>
      </w:r>
      <w:proofErr w:type="spellEnd"/>
      <w:r w:rsidRPr="00871AA6">
        <w:rPr>
          <w:sz w:val="28"/>
          <w:szCs w:val="28"/>
          <w:lang w:val="ru-RU"/>
        </w:rPr>
        <w:t xml:space="preserve">, </w:t>
      </w:r>
      <w:proofErr w:type="spellStart"/>
      <w:r w:rsidRPr="00871AA6">
        <w:rPr>
          <w:sz w:val="28"/>
          <w:szCs w:val="28"/>
          <w:lang w:val="ru-RU"/>
        </w:rPr>
        <w:t>коммуникацияға</w:t>
      </w:r>
      <w:proofErr w:type="spellEnd"/>
      <w:r w:rsidRPr="00871AA6">
        <w:rPr>
          <w:sz w:val="28"/>
          <w:szCs w:val="28"/>
          <w:lang w:val="ru-RU"/>
        </w:rPr>
        <w:t xml:space="preserve"> </w:t>
      </w:r>
      <w:proofErr w:type="spellStart"/>
      <w:r w:rsidRPr="00871AA6">
        <w:rPr>
          <w:sz w:val="28"/>
          <w:szCs w:val="28"/>
          <w:lang w:val="ru-RU"/>
        </w:rPr>
        <w:t>және</w:t>
      </w:r>
      <w:proofErr w:type="spellEnd"/>
      <w:r w:rsidRPr="00871AA6">
        <w:rPr>
          <w:sz w:val="28"/>
          <w:szCs w:val="28"/>
          <w:lang w:val="ru-RU"/>
        </w:rPr>
        <w:t xml:space="preserve"> </w:t>
      </w:r>
      <w:proofErr w:type="spellStart"/>
      <w:r w:rsidRPr="00871AA6">
        <w:rPr>
          <w:sz w:val="28"/>
          <w:szCs w:val="28"/>
          <w:lang w:val="ru-RU"/>
        </w:rPr>
        <w:t>технологиялық</w:t>
      </w:r>
      <w:proofErr w:type="spellEnd"/>
      <w:r w:rsidRPr="00871AA6">
        <w:rPr>
          <w:sz w:val="28"/>
          <w:szCs w:val="28"/>
          <w:lang w:val="ru-RU"/>
        </w:rPr>
        <w:t xml:space="preserve"> </w:t>
      </w:r>
      <w:proofErr w:type="spellStart"/>
      <w:r w:rsidRPr="00871AA6">
        <w:rPr>
          <w:sz w:val="28"/>
          <w:szCs w:val="28"/>
          <w:lang w:val="ru-RU"/>
        </w:rPr>
        <w:t>қолдауға</w:t>
      </w:r>
      <w:proofErr w:type="spellEnd"/>
      <w:r w:rsidRPr="00871AA6">
        <w:rPr>
          <w:sz w:val="28"/>
          <w:szCs w:val="28"/>
          <w:lang w:val="ru-RU"/>
        </w:rPr>
        <w:t xml:space="preserve"> </w:t>
      </w:r>
      <w:proofErr w:type="spellStart"/>
      <w:r w:rsidRPr="00871AA6">
        <w:rPr>
          <w:sz w:val="28"/>
          <w:szCs w:val="28"/>
          <w:lang w:val="ru-RU"/>
        </w:rPr>
        <w:t>негізделген</w:t>
      </w:r>
      <w:proofErr w:type="spellEnd"/>
      <w:r w:rsidRPr="00871AA6">
        <w:rPr>
          <w:sz w:val="28"/>
          <w:szCs w:val="28"/>
          <w:lang w:val="ru-RU"/>
        </w:rPr>
        <w:t xml:space="preserve"> </w:t>
      </w:r>
      <w:proofErr w:type="spellStart"/>
      <w:r w:rsidRPr="00871AA6">
        <w:rPr>
          <w:sz w:val="28"/>
          <w:szCs w:val="28"/>
          <w:lang w:val="ru-RU"/>
        </w:rPr>
        <w:t>оқытуға</w:t>
      </w:r>
      <w:proofErr w:type="spellEnd"/>
      <w:r w:rsidRPr="00871AA6">
        <w:rPr>
          <w:sz w:val="28"/>
          <w:szCs w:val="28"/>
          <w:lang w:val="ru-RU"/>
        </w:rPr>
        <w:t xml:space="preserve"> </w:t>
      </w:r>
      <w:proofErr w:type="spellStart"/>
      <w:r w:rsidRPr="00871AA6">
        <w:rPr>
          <w:sz w:val="28"/>
          <w:szCs w:val="28"/>
          <w:lang w:val="ru-RU"/>
        </w:rPr>
        <w:t>қарай</w:t>
      </w:r>
      <w:proofErr w:type="spellEnd"/>
      <w:r w:rsidRPr="00871AA6">
        <w:rPr>
          <w:sz w:val="28"/>
          <w:szCs w:val="28"/>
          <w:lang w:val="ru-RU"/>
        </w:rPr>
        <w:t xml:space="preserve"> </w:t>
      </w:r>
      <w:proofErr w:type="spellStart"/>
      <w:r w:rsidRPr="00871AA6">
        <w:rPr>
          <w:sz w:val="28"/>
          <w:szCs w:val="28"/>
          <w:lang w:val="ru-RU"/>
        </w:rPr>
        <w:t>дами</w:t>
      </w:r>
      <w:proofErr w:type="spellEnd"/>
      <w:r w:rsidRPr="00871AA6">
        <w:rPr>
          <w:sz w:val="28"/>
          <w:szCs w:val="28"/>
          <w:lang w:val="ru-RU"/>
        </w:rPr>
        <w:t xml:space="preserve"> </w:t>
      </w:r>
      <w:proofErr w:type="spellStart"/>
      <w:r w:rsidRPr="00871AA6">
        <w:rPr>
          <w:sz w:val="28"/>
          <w:szCs w:val="28"/>
          <w:lang w:val="ru-RU"/>
        </w:rPr>
        <w:t>түсті</w:t>
      </w:r>
      <w:proofErr w:type="spellEnd"/>
      <w:r w:rsidRPr="00871AA6">
        <w:rPr>
          <w:sz w:val="28"/>
          <w:szCs w:val="28"/>
          <w:lang w:val="ru-RU"/>
        </w:rPr>
        <w:t>.</w:t>
      </w:r>
    </w:p>
    <w:p w:rsidR="00E95EA3" w:rsidRPr="00871AA6" w:rsidRDefault="00000000" w:rsidP="00871AA6">
      <w:pPr>
        <w:spacing w:after="0" w:line="240" w:lineRule="auto"/>
        <w:ind w:firstLine="567"/>
        <w:jc w:val="both"/>
        <w:rPr>
          <w:sz w:val="28"/>
          <w:szCs w:val="28"/>
          <w:lang w:val="ru-RU"/>
        </w:rPr>
      </w:pPr>
      <w:proofErr w:type="spellStart"/>
      <w:r w:rsidRPr="00871AA6">
        <w:rPr>
          <w:sz w:val="28"/>
          <w:szCs w:val="28"/>
          <w:lang w:val="ru-RU"/>
        </w:rPr>
        <w:t>Қазақ</w:t>
      </w:r>
      <w:proofErr w:type="spellEnd"/>
      <w:r w:rsidRPr="00871AA6">
        <w:rPr>
          <w:sz w:val="28"/>
          <w:szCs w:val="28"/>
          <w:lang w:val="ru-RU"/>
        </w:rPr>
        <w:t xml:space="preserve"> </w:t>
      </w:r>
      <w:proofErr w:type="spellStart"/>
      <w:r w:rsidRPr="00871AA6">
        <w:rPr>
          <w:sz w:val="28"/>
          <w:szCs w:val="28"/>
          <w:lang w:val="ru-RU"/>
        </w:rPr>
        <w:t>тілін</w:t>
      </w:r>
      <w:proofErr w:type="spellEnd"/>
      <w:r w:rsidRPr="00871AA6">
        <w:rPr>
          <w:sz w:val="28"/>
          <w:szCs w:val="28"/>
          <w:lang w:val="ru-RU"/>
        </w:rPr>
        <w:t xml:space="preserve"> </w:t>
      </w:r>
      <w:proofErr w:type="spellStart"/>
      <w:r w:rsidRPr="00871AA6">
        <w:rPr>
          <w:sz w:val="28"/>
          <w:szCs w:val="28"/>
          <w:lang w:val="ru-RU"/>
        </w:rPr>
        <w:t>оқыту</w:t>
      </w:r>
      <w:proofErr w:type="spellEnd"/>
      <w:r w:rsidRPr="00871AA6">
        <w:rPr>
          <w:sz w:val="28"/>
          <w:szCs w:val="28"/>
          <w:lang w:val="ru-RU"/>
        </w:rPr>
        <w:t xml:space="preserve"> </w:t>
      </w:r>
      <w:proofErr w:type="spellStart"/>
      <w:r w:rsidRPr="00871AA6">
        <w:rPr>
          <w:sz w:val="28"/>
          <w:szCs w:val="28"/>
          <w:lang w:val="ru-RU"/>
        </w:rPr>
        <w:t>әдістемесінің</w:t>
      </w:r>
      <w:proofErr w:type="spellEnd"/>
      <w:r w:rsidRPr="00871AA6">
        <w:rPr>
          <w:sz w:val="28"/>
          <w:szCs w:val="28"/>
          <w:lang w:val="ru-RU"/>
        </w:rPr>
        <w:t xml:space="preserve"> </w:t>
      </w:r>
      <w:proofErr w:type="spellStart"/>
      <w:r w:rsidRPr="00871AA6">
        <w:rPr>
          <w:sz w:val="28"/>
          <w:szCs w:val="28"/>
          <w:lang w:val="ru-RU"/>
        </w:rPr>
        <w:t>тарихи</w:t>
      </w:r>
      <w:proofErr w:type="spellEnd"/>
      <w:r w:rsidRPr="00871AA6">
        <w:rPr>
          <w:sz w:val="28"/>
          <w:szCs w:val="28"/>
          <w:lang w:val="ru-RU"/>
        </w:rPr>
        <w:t xml:space="preserve"> </w:t>
      </w:r>
      <w:proofErr w:type="spellStart"/>
      <w:r w:rsidRPr="00871AA6">
        <w:rPr>
          <w:sz w:val="28"/>
          <w:szCs w:val="28"/>
          <w:lang w:val="ru-RU"/>
        </w:rPr>
        <w:t>дамуын</w:t>
      </w:r>
      <w:proofErr w:type="spellEnd"/>
      <w:r w:rsidRPr="00871AA6">
        <w:rPr>
          <w:sz w:val="28"/>
          <w:szCs w:val="28"/>
          <w:lang w:val="ru-RU"/>
        </w:rPr>
        <w:t xml:space="preserve"> </w:t>
      </w:r>
      <w:proofErr w:type="spellStart"/>
      <w:r w:rsidRPr="00871AA6">
        <w:rPr>
          <w:sz w:val="28"/>
          <w:szCs w:val="28"/>
          <w:lang w:val="ru-RU"/>
        </w:rPr>
        <w:t>бірнеше</w:t>
      </w:r>
      <w:proofErr w:type="spellEnd"/>
      <w:r w:rsidRPr="00871AA6">
        <w:rPr>
          <w:sz w:val="28"/>
          <w:szCs w:val="28"/>
          <w:lang w:val="ru-RU"/>
        </w:rPr>
        <w:t xml:space="preserve"> </w:t>
      </w:r>
      <w:proofErr w:type="spellStart"/>
      <w:r w:rsidRPr="00871AA6">
        <w:rPr>
          <w:sz w:val="28"/>
          <w:szCs w:val="28"/>
          <w:lang w:val="ru-RU"/>
        </w:rPr>
        <w:t>өзара</w:t>
      </w:r>
      <w:proofErr w:type="spellEnd"/>
      <w:r w:rsidRPr="00871AA6">
        <w:rPr>
          <w:sz w:val="28"/>
          <w:szCs w:val="28"/>
          <w:lang w:val="ru-RU"/>
        </w:rPr>
        <w:t xml:space="preserve"> </w:t>
      </w:r>
      <w:proofErr w:type="spellStart"/>
      <w:r w:rsidRPr="00871AA6">
        <w:rPr>
          <w:sz w:val="28"/>
          <w:szCs w:val="28"/>
          <w:lang w:val="ru-RU"/>
        </w:rPr>
        <w:t>сабақтас</w:t>
      </w:r>
      <w:proofErr w:type="spellEnd"/>
      <w:r w:rsidRPr="00871AA6">
        <w:rPr>
          <w:sz w:val="28"/>
          <w:szCs w:val="28"/>
          <w:lang w:val="ru-RU"/>
        </w:rPr>
        <w:t xml:space="preserve"> </w:t>
      </w:r>
      <w:proofErr w:type="spellStart"/>
      <w:r w:rsidRPr="00871AA6">
        <w:rPr>
          <w:sz w:val="28"/>
          <w:szCs w:val="28"/>
          <w:lang w:val="ru-RU"/>
        </w:rPr>
        <w:t>кезең</w:t>
      </w:r>
      <w:proofErr w:type="spellEnd"/>
      <w:r w:rsidRPr="00871AA6">
        <w:rPr>
          <w:sz w:val="28"/>
          <w:szCs w:val="28"/>
          <w:lang w:val="ru-RU"/>
        </w:rPr>
        <w:t xml:space="preserve"> </w:t>
      </w:r>
      <w:proofErr w:type="spellStart"/>
      <w:r w:rsidRPr="00871AA6">
        <w:rPr>
          <w:sz w:val="28"/>
          <w:szCs w:val="28"/>
          <w:lang w:val="ru-RU"/>
        </w:rPr>
        <w:t>арқылы</w:t>
      </w:r>
      <w:proofErr w:type="spellEnd"/>
      <w:r w:rsidRPr="00871AA6">
        <w:rPr>
          <w:sz w:val="28"/>
          <w:szCs w:val="28"/>
          <w:lang w:val="ru-RU"/>
        </w:rPr>
        <w:t xml:space="preserve"> </w:t>
      </w:r>
      <w:proofErr w:type="spellStart"/>
      <w:r w:rsidRPr="00871AA6">
        <w:rPr>
          <w:sz w:val="28"/>
          <w:szCs w:val="28"/>
          <w:lang w:val="ru-RU"/>
        </w:rPr>
        <w:t>көрсетуге</w:t>
      </w:r>
      <w:proofErr w:type="spellEnd"/>
      <w:r w:rsidRPr="00871AA6">
        <w:rPr>
          <w:sz w:val="28"/>
          <w:szCs w:val="28"/>
          <w:lang w:val="ru-RU"/>
        </w:rPr>
        <w:t xml:space="preserve"> </w:t>
      </w:r>
      <w:proofErr w:type="spellStart"/>
      <w:r w:rsidRPr="00871AA6">
        <w:rPr>
          <w:sz w:val="28"/>
          <w:szCs w:val="28"/>
          <w:lang w:val="ru-RU"/>
        </w:rPr>
        <w:t>болады</w:t>
      </w:r>
      <w:proofErr w:type="spellEnd"/>
      <w:r w:rsidRPr="00871AA6">
        <w:rPr>
          <w:sz w:val="28"/>
          <w:szCs w:val="28"/>
          <w:lang w:val="ru-RU"/>
        </w:rPr>
        <w:t xml:space="preserve">. </w:t>
      </w:r>
      <w:proofErr w:type="spellStart"/>
      <w:r w:rsidRPr="00871AA6">
        <w:rPr>
          <w:sz w:val="28"/>
          <w:szCs w:val="28"/>
          <w:lang w:val="ru-RU"/>
        </w:rPr>
        <w:t>Бірінші</w:t>
      </w:r>
      <w:proofErr w:type="spellEnd"/>
      <w:r w:rsidRPr="00871AA6">
        <w:rPr>
          <w:sz w:val="28"/>
          <w:szCs w:val="28"/>
          <w:lang w:val="ru-RU"/>
        </w:rPr>
        <w:t xml:space="preserve"> </w:t>
      </w:r>
      <w:proofErr w:type="spellStart"/>
      <w:r w:rsidRPr="00871AA6">
        <w:rPr>
          <w:sz w:val="28"/>
          <w:szCs w:val="28"/>
          <w:lang w:val="ru-RU"/>
        </w:rPr>
        <w:t>кезеңде</w:t>
      </w:r>
      <w:proofErr w:type="spellEnd"/>
      <w:r w:rsidRPr="00871AA6">
        <w:rPr>
          <w:sz w:val="28"/>
          <w:szCs w:val="28"/>
          <w:lang w:val="ru-RU"/>
        </w:rPr>
        <w:t xml:space="preserve"> </w:t>
      </w:r>
      <w:proofErr w:type="spellStart"/>
      <w:r w:rsidRPr="00871AA6">
        <w:rPr>
          <w:sz w:val="28"/>
          <w:szCs w:val="28"/>
          <w:lang w:val="ru-RU"/>
        </w:rPr>
        <w:t>мектепке</w:t>
      </w:r>
      <w:proofErr w:type="spellEnd"/>
      <w:r w:rsidRPr="00871AA6">
        <w:rPr>
          <w:sz w:val="28"/>
          <w:szCs w:val="28"/>
          <w:lang w:val="ru-RU"/>
        </w:rPr>
        <w:t xml:space="preserve"> </w:t>
      </w:r>
      <w:proofErr w:type="spellStart"/>
      <w:r w:rsidRPr="00871AA6">
        <w:rPr>
          <w:sz w:val="28"/>
          <w:szCs w:val="28"/>
          <w:lang w:val="ru-RU"/>
        </w:rPr>
        <w:t>қажетті</w:t>
      </w:r>
      <w:proofErr w:type="spellEnd"/>
      <w:r w:rsidRPr="00871AA6">
        <w:rPr>
          <w:sz w:val="28"/>
          <w:szCs w:val="28"/>
          <w:lang w:val="ru-RU"/>
        </w:rPr>
        <w:t xml:space="preserve"> </w:t>
      </w:r>
      <w:proofErr w:type="spellStart"/>
      <w:r w:rsidRPr="00871AA6">
        <w:rPr>
          <w:sz w:val="28"/>
          <w:szCs w:val="28"/>
          <w:lang w:val="ru-RU"/>
        </w:rPr>
        <w:t>оқулықтар</w:t>
      </w:r>
      <w:proofErr w:type="spellEnd"/>
      <w:r w:rsidRPr="00871AA6">
        <w:rPr>
          <w:sz w:val="28"/>
          <w:szCs w:val="28"/>
          <w:lang w:val="ru-RU"/>
        </w:rPr>
        <w:t xml:space="preserve"> мен </w:t>
      </w:r>
      <w:proofErr w:type="spellStart"/>
      <w:r w:rsidRPr="00871AA6">
        <w:rPr>
          <w:sz w:val="28"/>
          <w:szCs w:val="28"/>
          <w:lang w:val="ru-RU"/>
        </w:rPr>
        <w:t>оқу</w:t>
      </w:r>
      <w:proofErr w:type="spellEnd"/>
      <w:r w:rsidRPr="00871AA6">
        <w:rPr>
          <w:sz w:val="28"/>
          <w:szCs w:val="28"/>
          <w:lang w:val="ru-RU"/>
        </w:rPr>
        <w:t xml:space="preserve"> </w:t>
      </w:r>
      <w:proofErr w:type="spellStart"/>
      <w:r w:rsidRPr="00871AA6">
        <w:rPr>
          <w:sz w:val="28"/>
          <w:szCs w:val="28"/>
          <w:lang w:val="ru-RU"/>
        </w:rPr>
        <w:t>құралдарын</w:t>
      </w:r>
      <w:proofErr w:type="spellEnd"/>
      <w:r w:rsidRPr="00871AA6">
        <w:rPr>
          <w:sz w:val="28"/>
          <w:szCs w:val="28"/>
          <w:lang w:val="ru-RU"/>
        </w:rPr>
        <w:t xml:space="preserve"> </w:t>
      </w:r>
      <w:proofErr w:type="spellStart"/>
      <w:r w:rsidRPr="00871AA6">
        <w:rPr>
          <w:sz w:val="28"/>
          <w:szCs w:val="28"/>
          <w:lang w:val="ru-RU"/>
        </w:rPr>
        <w:t>жасау</w:t>
      </w:r>
      <w:proofErr w:type="spellEnd"/>
      <w:r w:rsidRPr="00871AA6">
        <w:rPr>
          <w:sz w:val="28"/>
          <w:szCs w:val="28"/>
          <w:lang w:val="ru-RU"/>
        </w:rPr>
        <w:t xml:space="preserve"> басым </w:t>
      </w:r>
      <w:proofErr w:type="spellStart"/>
      <w:r w:rsidRPr="00871AA6">
        <w:rPr>
          <w:sz w:val="28"/>
          <w:szCs w:val="28"/>
          <w:lang w:val="ru-RU"/>
        </w:rPr>
        <w:t>болды</w:t>
      </w:r>
      <w:proofErr w:type="spellEnd"/>
      <w:r w:rsidRPr="00871AA6">
        <w:rPr>
          <w:sz w:val="28"/>
          <w:szCs w:val="28"/>
          <w:lang w:val="ru-RU"/>
        </w:rPr>
        <w:t xml:space="preserve">. </w:t>
      </w:r>
      <w:proofErr w:type="spellStart"/>
      <w:r w:rsidRPr="00871AA6">
        <w:rPr>
          <w:sz w:val="28"/>
          <w:szCs w:val="28"/>
          <w:lang w:val="ru-RU"/>
        </w:rPr>
        <w:t>Екінші</w:t>
      </w:r>
      <w:proofErr w:type="spellEnd"/>
      <w:r w:rsidRPr="00871AA6">
        <w:rPr>
          <w:sz w:val="28"/>
          <w:szCs w:val="28"/>
          <w:lang w:val="ru-RU"/>
        </w:rPr>
        <w:t xml:space="preserve"> </w:t>
      </w:r>
      <w:proofErr w:type="spellStart"/>
      <w:r w:rsidRPr="00871AA6">
        <w:rPr>
          <w:sz w:val="28"/>
          <w:szCs w:val="28"/>
          <w:lang w:val="ru-RU"/>
        </w:rPr>
        <w:t>кезеңде</w:t>
      </w:r>
      <w:proofErr w:type="spellEnd"/>
      <w:r w:rsidRPr="00871AA6">
        <w:rPr>
          <w:sz w:val="28"/>
          <w:szCs w:val="28"/>
          <w:lang w:val="ru-RU"/>
        </w:rPr>
        <w:t xml:space="preserve"> фонетика, орфография, морфология </w:t>
      </w:r>
      <w:proofErr w:type="spellStart"/>
      <w:r w:rsidRPr="00871AA6">
        <w:rPr>
          <w:sz w:val="28"/>
          <w:szCs w:val="28"/>
          <w:lang w:val="ru-RU"/>
        </w:rPr>
        <w:t>және</w:t>
      </w:r>
      <w:proofErr w:type="spellEnd"/>
      <w:r w:rsidRPr="00871AA6">
        <w:rPr>
          <w:sz w:val="28"/>
          <w:szCs w:val="28"/>
          <w:lang w:val="ru-RU"/>
        </w:rPr>
        <w:t xml:space="preserve"> синтаксис </w:t>
      </w:r>
      <w:proofErr w:type="spellStart"/>
      <w:r w:rsidRPr="00871AA6">
        <w:rPr>
          <w:sz w:val="28"/>
          <w:szCs w:val="28"/>
          <w:lang w:val="ru-RU"/>
        </w:rPr>
        <w:t>сияқты</w:t>
      </w:r>
      <w:proofErr w:type="spellEnd"/>
      <w:r w:rsidRPr="00871AA6">
        <w:rPr>
          <w:sz w:val="28"/>
          <w:szCs w:val="28"/>
          <w:lang w:val="ru-RU"/>
        </w:rPr>
        <w:t xml:space="preserve"> </w:t>
      </w:r>
      <w:proofErr w:type="spellStart"/>
      <w:r w:rsidRPr="00871AA6">
        <w:rPr>
          <w:sz w:val="28"/>
          <w:szCs w:val="28"/>
          <w:lang w:val="ru-RU"/>
        </w:rPr>
        <w:t>жеке</w:t>
      </w:r>
      <w:proofErr w:type="spellEnd"/>
      <w:r w:rsidRPr="00871AA6">
        <w:rPr>
          <w:sz w:val="28"/>
          <w:szCs w:val="28"/>
          <w:lang w:val="ru-RU"/>
        </w:rPr>
        <w:t xml:space="preserve"> </w:t>
      </w:r>
      <w:proofErr w:type="spellStart"/>
      <w:r w:rsidRPr="00871AA6">
        <w:rPr>
          <w:sz w:val="28"/>
          <w:szCs w:val="28"/>
          <w:lang w:val="ru-RU"/>
        </w:rPr>
        <w:t>салаларды</w:t>
      </w:r>
      <w:proofErr w:type="spellEnd"/>
      <w:r w:rsidRPr="00871AA6">
        <w:rPr>
          <w:sz w:val="28"/>
          <w:szCs w:val="28"/>
          <w:lang w:val="ru-RU"/>
        </w:rPr>
        <w:t xml:space="preserve"> </w:t>
      </w:r>
      <w:proofErr w:type="spellStart"/>
      <w:r w:rsidRPr="00871AA6">
        <w:rPr>
          <w:sz w:val="28"/>
          <w:szCs w:val="28"/>
          <w:lang w:val="ru-RU"/>
        </w:rPr>
        <w:t>оқыту</w:t>
      </w:r>
      <w:proofErr w:type="spellEnd"/>
      <w:r w:rsidRPr="00871AA6">
        <w:rPr>
          <w:sz w:val="28"/>
          <w:szCs w:val="28"/>
          <w:lang w:val="ru-RU"/>
        </w:rPr>
        <w:t xml:space="preserve"> </w:t>
      </w:r>
      <w:proofErr w:type="spellStart"/>
      <w:r w:rsidRPr="00871AA6">
        <w:rPr>
          <w:sz w:val="28"/>
          <w:szCs w:val="28"/>
          <w:lang w:val="ru-RU"/>
        </w:rPr>
        <w:t>әдістемесі</w:t>
      </w:r>
      <w:proofErr w:type="spellEnd"/>
      <w:r w:rsidRPr="00871AA6">
        <w:rPr>
          <w:sz w:val="28"/>
          <w:szCs w:val="28"/>
          <w:lang w:val="ru-RU"/>
        </w:rPr>
        <w:t xml:space="preserve"> </w:t>
      </w:r>
      <w:proofErr w:type="spellStart"/>
      <w:r w:rsidRPr="00871AA6">
        <w:rPr>
          <w:sz w:val="28"/>
          <w:szCs w:val="28"/>
          <w:lang w:val="ru-RU"/>
        </w:rPr>
        <w:t>қалыптасты</w:t>
      </w:r>
      <w:proofErr w:type="spellEnd"/>
      <w:r w:rsidRPr="00871AA6">
        <w:rPr>
          <w:sz w:val="28"/>
          <w:szCs w:val="28"/>
          <w:lang w:val="ru-RU"/>
        </w:rPr>
        <w:t xml:space="preserve">. </w:t>
      </w:r>
      <w:proofErr w:type="spellStart"/>
      <w:r w:rsidRPr="00871AA6">
        <w:rPr>
          <w:sz w:val="28"/>
          <w:szCs w:val="28"/>
          <w:lang w:val="ru-RU"/>
        </w:rPr>
        <w:t>Үшінші</w:t>
      </w:r>
      <w:proofErr w:type="spellEnd"/>
      <w:r w:rsidRPr="00871AA6">
        <w:rPr>
          <w:sz w:val="28"/>
          <w:szCs w:val="28"/>
          <w:lang w:val="ru-RU"/>
        </w:rPr>
        <w:t xml:space="preserve"> </w:t>
      </w:r>
      <w:proofErr w:type="spellStart"/>
      <w:r w:rsidRPr="00871AA6">
        <w:rPr>
          <w:sz w:val="28"/>
          <w:szCs w:val="28"/>
          <w:lang w:val="ru-RU"/>
        </w:rPr>
        <w:t>кезеңде</w:t>
      </w:r>
      <w:proofErr w:type="spellEnd"/>
      <w:r w:rsidRPr="00871AA6">
        <w:rPr>
          <w:sz w:val="28"/>
          <w:szCs w:val="28"/>
          <w:lang w:val="ru-RU"/>
        </w:rPr>
        <w:t xml:space="preserve"> </w:t>
      </w:r>
      <w:proofErr w:type="spellStart"/>
      <w:r w:rsidRPr="00871AA6">
        <w:rPr>
          <w:sz w:val="28"/>
          <w:szCs w:val="28"/>
          <w:lang w:val="ru-RU"/>
        </w:rPr>
        <w:t>әр</w:t>
      </w:r>
      <w:proofErr w:type="spellEnd"/>
      <w:r w:rsidRPr="00871AA6">
        <w:rPr>
          <w:sz w:val="28"/>
          <w:szCs w:val="28"/>
          <w:lang w:val="ru-RU"/>
        </w:rPr>
        <w:t xml:space="preserve"> </w:t>
      </w:r>
      <w:proofErr w:type="spellStart"/>
      <w:r w:rsidRPr="00871AA6">
        <w:rPr>
          <w:sz w:val="28"/>
          <w:szCs w:val="28"/>
          <w:lang w:val="ru-RU"/>
        </w:rPr>
        <w:t>саланы</w:t>
      </w:r>
      <w:proofErr w:type="spellEnd"/>
      <w:r w:rsidRPr="00871AA6">
        <w:rPr>
          <w:sz w:val="28"/>
          <w:szCs w:val="28"/>
          <w:lang w:val="ru-RU"/>
        </w:rPr>
        <w:t xml:space="preserve"> </w:t>
      </w:r>
      <w:proofErr w:type="spellStart"/>
      <w:r w:rsidRPr="00871AA6">
        <w:rPr>
          <w:sz w:val="28"/>
          <w:szCs w:val="28"/>
          <w:lang w:val="ru-RU"/>
        </w:rPr>
        <w:t>оқытудың</w:t>
      </w:r>
      <w:proofErr w:type="spellEnd"/>
      <w:r w:rsidRPr="00871AA6">
        <w:rPr>
          <w:sz w:val="28"/>
          <w:szCs w:val="28"/>
          <w:lang w:val="ru-RU"/>
        </w:rPr>
        <w:t xml:space="preserve"> </w:t>
      </w:r>
      <w:proofErr w:type="spellStart"/>
      <w:r w:rsidRPr="00871AA6">
        <w:rPr>
          <w:sz w:val="28"/>
          <w:szCs w:val="28"/>
          <w:lang w:val="ru-RU"/>
        </w:rPr>
        <w:t>әдістері</w:t>
      </w:r>
      <w:proofErr w:type="spellEnd"/>
      <w:r w:rsidRPr="00871AA6">
        <w:rPr>
          <w:sz w:val="28"/>
          <w:szCs w:val="28"/>
          <w:lang w:val="ru-RU"/>
        </w:rPr>
        <w:t xml:space="preserve"> мен </w:t>
      </w:r>
      <w:proofErr w:type="spellStart"/>
      <w:r w:rsidRPr="00871AA6">
        <w:rPr>
          <w:sz w:val="28"/>
          <w:szCs w:val="28"/>
          <w:lang w:val="ru-RU"/>
        </w:rPr>
        <w:t>құралдары</w:t>
      </w:r>
      <w:proofErr w:type="spellEnd"/>
      <w:r w:rsidRPr="00871AA6">
        <w:rPr>
          <w:sz w:val="28"/>
          <w:szCs w:val="28"/>
          <w:lang w:val="ru-RU"/>
        </w:rPr>
        <w:t xml:space="preserve"> </w:t>
      </w:r>
      <w:proofErr w:type="spellStart"/>
      <w:r w:rsidRPr="00871AA6">
        <w:rPr>
          <w:sz w:val="28"/>
          <w:szCs w:val="28"/>
          <w:lang w:val="ru-RU"/>
        </w:rPr>
        <w:t>жүйеленіп</w:t>
      </w:r>
      <w:proofErr w:type="spellEnd"/>
      <w:r w:rsidRPr="00871AA6">
        <w:rPr>
          <w:sz w:val="28"/>
          <w:szCs w:val="28"/>
          <w:lang w:val="ru-RU"/>
        </w:rPr>
        <w:t xml:space="preserve">, </w:t>
      </w:r>
      <w:proofErr w:type="spellStart"/>
      <w:r w:rsidRPr="00871AA6">
        <w:rPr>
          <w:sz w:val="28"/>
          <w:szCs w:val="28"/>
          <w:lang w:val="ru-RU"/>
        </w:rPr>
        <w:t>тіл</w:t>
      </w:r>
      <w:proofErr w:type="spellEnd"/>
      <w:r w:rsidRPr="00871AA6">
        <w:rPr>
          <w:sz w:val="28"/>
          <w:szCs w:val="28"/>
          <w:lang w:val="ru-RU"/>
        </w:rPr>
        <w:t xml:space="preserve"> </w:t>
      </w:r>
      <w:proofErr w:type="spellStart"/>
      <w:r w:rsidRPr="00871AA6">
        <w:rPr>
          <w:sz w:val="28"/>
          <w:szCs w:val="28"/>
          <w:lang w:val="ru-RU"/>
        </w:rPr>
        <w:t>дамыту</w:t>
      </w:r>
      <w:proofErr w:type="spellEnd"/>
      <w:r w:rsidRPr="00871AA6">
        <w:rPr>
          <w:sz w:val="28"/>
          <w:szCs w:val="28"/>
          <w:lang w:val="ru-RU"/>
        </w:rPr>
        <w:t xml:space="preserve">, </w:t>
      </w:r>
      <w:proofErr w:type="spellStart"/>
      <w:r w:rsidRPr="00871AA6">
        <w:rPr>
          <w:sz w:val="28"/>
          <w:szCs w:val="28"/>
          <w:lang w:val="ru-RU"/>
        </w:rPr>
        <w:t>көрнекілік</w:t>
      </w:r>
      <w:proofErr w:type="spellEnd"/>
      <w:r w:rsidRPr="00871AA6">
        <w:rPr>
          <w:sz w:val="28"/>
          <w:szCs w:val="28"/>
          <w:lang w:val="ru-RU"/>
        </w:rPr>
        <w:t xml:space="preserve">, </w:t>
      </w:r>
      <w:proofErr w:type="spellStart"/>
      <w:r w:rsidRPr="00871AA6">
        <w:rPr>
          <w:sz w:val="28"/>
          <w:szCs w:val="28"/>
          <w:lang w:val="ru-RU"/>
        </w:rPr>
        <w:t>практикалық</w:t>
      </w:r>
      <w:proofErr w:type="spellEnd"/>
      <w:r w:rsidRPr="00871AA6">
        <w:rPr>
          <w:sz w:val="28"/>
          <w:szCs w:val="28"/>
          <w:lang w:val="ru-RU"/>
        </w:rPr>
        <w:t xml:space="preserve"> </w:t>
      </w:r>
      <w:proofErr w:type="spellStart"/>
      <w:r w:rsidRPr="00871AA6">
        <w:rPr>
          <w:sz w:val="28"/>
          <w:szCs w:val="28"/>
          <w:lang w:val="ru-RU"/>
        </w:rPr>
        <w:t>жаттығу</w:t>
      </w:r>
      <w:proofErr w:type="spellEnd"/>
      <w:r w:rsidRPr="00871AA6">
        <w:rPr>
          <w:sz w:val="28"/>
          <w:szCs w:val="28"/>
          <w:lang w:val="ru-RU"/>
        </w:rPr>
        <w:t xml:space="preserve">, </w:t>
      </w:r>
      <w:proofErr w:type="spellStart"/>
      <w:r w:rsidRPr="00871AA6">
        <w:rPr>
          <w:sz w:val="28"/>
          <w:szCs w:val="28"/>
          <w:lang w:val="ru-RU"/>
        </w:rPr>
        <w:t>өз</w:t>
      </w:r>
      <w:proofErr w:type="spellEnd"/>
      <w:r w:rsidRPr="00871AA6">
        <w:rPr>
          <w:sz w:val="28"/>
          <w:szCs w:val="28"/>
          <w:lang w:val="ru-RU"/>
        </w:rPr>
        <w:t xml:space="preserve"> </w:t>
      </w:r>
      <w:proofErr w:type="spellStart"/>
      <w:r w:rsidRPr="00871AA6">
        <w:rPr>
          <w:sz w:val="28"/>
          <w:szCs w:val="28"/>
          <w:lang w:val="ru-RU"/>
        </w:rPr>
        <w:t>бетімен</w:t>
      </w:r>
      <w:proofErr w:type="spellEnd"/>
      <w:r w:rsidRPr="00871AA6">
        <w:rPr>
          <w:sz w:val="28"/>
          <w:szCs w:val="28"/>
          <w:lang w:val="ru-RU"/>
        </w:rPr>
        <w:t xml:space="preserve"> </w:t>
      </w:r>
      <w:proofErr w:type="spellStart"/>
      <w:r w:rsidRPr="00871AA6">
        <w:rPr>
          <w:sz w:val="28"/>
          <w:szCs w:val="28"/>
          <w:lang w:val="ru-RU"/>
        </w:rPr>
        <w:t>жұмыс</w:t>
      </w:r>
      <w:proofErr w:type="spellEnd"/>
      <w:r w:rsidRPr="00871AA6">
        <w:rPr>
          <w:sz w:val="28"/>
          <w:szCs w:val="28"/>
          <w:lang w:val="ru-RU"/>
        </w:rPr>
        <w:t xml:space="preserve"> </w:t>
      </w:r>
      <w:proofErr w:type="spellStart"/>
      <w:r w:rsidRPr="00871AA6">
        <w:rPr>
          <w:sz w:val="28"/>
          <w:szCs w:val="28"/>
          <w:lang w:val="ru-RU"/>
        </w:rPr>
        <w:t>сияқты</w:t>
      </w:r>
      <w:proofErr w:type="spellEnd"/>
      <w:r w:rsidRPr="00871AA6">
        <w:rPr>
          <w:sz w:val="28"/>
          <w:szCs w:val="28"/>
          <w:lang w:val="ru-RU"/>
        </w:rPr>
        <w:t xml:space="preserve"> </w:t>
      </w:r>
      <w:proofErr w:type="spellStart"/>
      <w:r w:rsidRPr="00871AA6">
        <w:rPr>
          <w:sz w:val="28"/>
          <w:szCs w:val="28"/>
          <w:lang w:val="ru-RU"/>
        </w:rPr>
        <w:t>бағыттар</w:t>
      </w:r>
      <w:proofErr w:type="spellEnd"/>
      <w:r w:rsidRPr="00871AA6">
        <w:rPr>
          <w:sz w:val="28"/>
          <w:szCs w:val="28"/>
          <w:lang w:val="ru-RU"/>
        </w:rPr>
        <w:t xml:space="preserve"> </w:t>
      </w:r>
      <w:proofErr w:type="spellStart"/>
      <w:r w:rsidRPr="00871AA6">
        <w:rPr>
          <w:sz w:val="28"/>
          <w:szCs w:val="28"/>
          <w:lang w:val="ru-RU"/>
        </w:rPr>
        <w:t>күшейді</w:t>
      </w:r>
      <w:proofErr w:type="spellEnd"/>
      <w:r w:rsidRPr="00871AA6">
        <w:rPr>
          <w:sz w:val="28"/>
          <w:szCs w:val="28"/>
          <w:lang w:val="ru-RU"/>
        </w:rPr>
        <w:t xml:space="preserve">. </w:t>
      </w:r>
      <w:proofErr w:type="spellStart"/>
      <w:r w:rsidRPr="00871AA6">
        <w:rPr>
          <w:sz w:val="28"/>
          <w:szCs w:val="28"/>
          <w:lang w:val="ru-RU"/>
        </w:rPr>
        <w:t>Төртінші</w:t>
      </w:r>
      <w:proofErr w:type="spellEnd"/>
      <w:r w:rsidRPr="00871AA6">
        <w:rPr>
          <w:sz w:val="28"/>
          <w:szCs w:val="28"/>
          <w:lang w:val="ru-RU"/>
        </w:rPr>
        <w:t xml:space="preserve"> </w:t>
      </w:r>
      <w:proofErr w:type="spellStart"/>
      <w:r w:rsidRPr="00871AA6">
        <w:rPr>
          <w:sz w:val="28"/>
          <w:szCs w:val="28"/>
          <w:lang w:val="ru-RU"/>
        </w:rPr>
        <w:t>кезеңде</w:t>
      </w:r>
      <w:proofErr w:type="spellEnd"/>
      <w:r w:rsidRPr="00871AA6">
        <w:rPr>
          <w:sz w:val="28"/>
          <w:szCs w:val="28"/>
          <w:lang w:val="ru-RU"/>
        </w:rPr>
        <w:t xml:space="preserve"> </w:t>
      </w:r>
      <w:proofErr w:type="spellStart"/>
      <w:r w:rsidRPr="00871AA6">
        <w:rPr>
          <w:sz w:val="28"/>
          <w:szCs w:val="28"/>
          <w:lang w:val="ru-RU"/>
        </w:rPr>
        <w:t>тәуелсіздік</w:t>
      </w:r>
      <w:proofErr w:type="spellEnd"/>
      <w:r w:rsidRPr="00871AA6">
        <w:rPr>
          <w:sz w:val="28"/>
          <w:szCs w:val="28"/>
          <w:lang w:val="ru-RU"/>
        </w:rPr>
        <w:t xml:space="preserve"> </w:t>
      </w:r>
      <w:proofErr w:type="spellStart"/>
      <w:r w:rsidRPr="00871AA6">
        <w:rPr>
          <w:sz w:val="28"/>
          <w:szCs w:val="28"/>
          <w:lang w:val="ru-RU"/>
        </w:rPr>
        <w:t>жағдайындағы</w:t>
      </w:r>
      <w:proofErr w:type="spellEnd"/>
      <w:r w:rsidRPr="00871AA6">
        <w:rPr>
          <w:sz w:val="28"/>
          <w:szCs w:val="28"/>
          <w:lang w:val="ru-RU"/>
        </w:rPr>
        <w:t xml:space="preserve"> </w:t>
      </w:r>
      <w:proofErr w:type="spellStart"/>
      <w:r w:rsidRPr="00871AA6">
        <w:rPr>
          <w:sz w:val="28"/>
          <w:szCs w:val="28"/>
          <w:lang w:val="ru-RU"/>
        </w:rPr>
        <w:t>қазақ</w:t>
      </w:r>
      <w:proofErr w:type="spellEnd"/>
      <w:r w:rsidRPr="00871AA6">
        <w:rPr>
          <w:sz w:val="28"/>
          <w:szCs w:val="28"/>
          <w:lang w:val="ru-RU"/>
        </w:rPr>
        <w:t xml:space="preserve"> </w:t>
      </w:r>
      <w:proofErr w:type="spellStart"/>
      <w:r w:rsidRPr="00871AA6">
        <w:rPr>
          <w:sz w:val="28"/>
          <w:szCs w:val="28"/>
          <w:lang w:val="ru-RU"/>
        </w:rPr>
        <w:t>тілін</w:t>
      </w:r>
      <w:proofErr w:type="spellEnd"/>
      <w:r w:rsidRPr="00871AA6">
        <w:rPr>
          <w:sz w:val="28"/>
          <w:szCs w:val="28"/>
          <w:lang w:val="ru-RU"/>
        </w:rPr>
        <w:t xml:space="preserve"> </w:t>
      </w:r>
      <w:proofErr w:type="spellStart"/>
      <w:r w:rsidRPr="00871AA6">
        <w:rPr>
          <w:sz w:val="28"/>
          <w:szCs w:val="28"/>
          <w:lang w:val="ru-RU"/>
        </w:rPr>
        <w:t>оқыту</w:t>
      </w:r>
      <w:proofErr w:type="spellEnd"/>
      <w:r w:rsidRPr="00871AA6">
        <w:rPr>
          <w:sz w:val="28"/>
          <w:szCs w:val="28"/>
          <w:lang w:val="ru-RU"/>
        </w:rPr>
        <w:t xml:space="preserve">, </w:t>
      </w:r>
      <w:proofErr w:type="spellStart"/>
      <w:r w:rsidRPr="00871AA6">
        <w:rPr>
          <w:sz w:val="28"/>
          <w:szCs w:val="28"/>
          <w:lang w:val="ru-RU"/>
        </w:rPr>
        <w:t>қатысымдық</w:t>
      </w:r>
      <w:proofErr w:type="spellEnd"/>
      <w:r w:rsidRPr="00871AA6">
        <w:rPr>
          <w:sz w:val="28"/>
          <w:szCs w:val="28"/>
          <w:lang w:val="ru-RU"/>
        </w:rPr>
        <w:t xml:space="preserve"> </w:t>
      </w:r>
      <w:proofErr w:type="spellStart"/>
      <w:r w:rsidRPr="00871AA6">
        <w:rPr>
          <w:sz w:val="28"/>
          <w:szCs w:val="28"/>
          <w:lang w:val="ru-RU"/>
        </w:rPr>
        <w:t>әдіс</w:t>
      </w:r>
      <w:proofErr w:type="spellEnd"/>
      <w:r w:rsidRPr="00871AA6">
        <w:rPr>
          <w:sz w:val="28"/>
          <w:szCs w:val="28"/>
          <w:lang w:val="ru-RU"/>
        </w:rPr>
        <w:t xml:space="preserve"> </w:t>
      </w:r>
      <w:proofErr w:type="spellStart"/>
      <w:r w:rsidRPr="00871AA6">
        <w:rPr>
          <w:sz w:val="28"/>
          <w:szCs w:val="28"/>
          <w:lang w:val="ru-RU"/>
        </w:rPr>
        <w:t>және</w:t>
      </w:r>
      <w:proofErr w:type="spellEnd"/>
      <w:r w:rsidRPr="00871AA6">
        <w:rPr>
          <w:sz w:val="28"/>
          <w:szCs w:val="28"/>
          <w:lang w:val="ru-RU"/>
        </w:rPr>
        <w:t xml:space="preserve"> </w:t>
      </w:r>
      <w:proofErr w:type="spellStart"/>
      <w:r w:rsidRPr="00871AA6">
        <w:rPr>
          <w:sz w:val="28"/>
          <w:szCs w:val="28"/>
          <w:lang w:val="ru-RU"/>
        </w:rPr>
        <w:t>тіл</w:t>
      </w:r>
      <w:proofErr w:type="spellEnd"/>
      <w:r w:rsidRPr="00871AA6">
        <w:rPr>
          <w:sz w:val="28"/>
          <w:szCs w:val="28"/>
          <w:lang w:val="ru-RU"/>
        </w:rPr>
        <w:t xml:space="preserve"> </w:t>
      </w:r>
      <w:proofErr w:type="spellStart"/>
      <w:r w:rsidRPr="00871AA6">
        <w:rPr>
          <w:sz w:val="28"/>
          <w:szCs w:val="28"/>
          <w:lang w:val="ru-RU"/>
        </w:rPr>
        <w:t>үйретудің</w:t>
      </w:r>
      <w:proofErr w:type="spellEnd"/>
      <w:r w:rsidRPr="00871AA6">
        <w:rPr>
          <w:sz w:val="28"/>
          <w:szCs w:val="28"/>
          <w:lang w:val="ru-RU"/>
        </w:rPr>
        <w:t xml:space="preserve"> </w:t>
      </w:r>
      <w:proofErr w:type="spellStart"/>
      <w:r w:rsidRPr="00871AA6">
        <w:rPr>
          <w:sz w:val="28"/>
          <w:szCs w:val="28"/>
          <w:lang w:val="ru-RU"/>
        </w:rPr>
        <w:t>жаңа</w:t>
      </w:r>
      <w:proofErr w:type="spellEnd"/>
      <w:r w:rsidRPr="00871AA6">
        <w:rPr>
          <w:sz w:val="28"/>
          <w:szCs w:val="28"/>
          <w:lang w:val="ru-RU"/>
        </w:rPr>
        <w:t xml:space="preserve"> </w:t>
      </w:r>
      <w:proofErr w:type="spellStart"/>
      <w:r w:rsidRPr="00871AA6">
        <w:rPr>
          <w:sz w:val="28"/>
          <w:szCs w:val="28"/>
          <w:lang w:val="ru-RU"/>
        </w:rPr>
        <w:t>бағыттары</w:t>
      </w:r>
      <w:proofErr w:type="spellEnd"/>
      <w:r w:rsidRPr="00871AA6">
        <w:rPr>
          <w:sz w:val="28"/>
          <w:szCs w:val="28"/>
          <w:lang w:val="ru-RU"/>
        </w:rPr>
        <w:t xml:space="preserve"> </w:t>
      </w:r>
      <w:proofErr w:type="spellStart"/>
      <w:r w:rsidRPr="00871AA6">
        <w:rPr>
          <w:sz w:val="28"/>
          <w:szCs w:val="28"/>
          <w:lang w:val="ru-RU"/>
        </w:rPr>
        <w:t>дамыды</w:t>
      </w:r>
      <w:proofErr w:type="spellEnd"/>
      <w:r w:rsidRPr="00871AA6">
        <w:rPr>
          <w:sz w:val="28"/>
          <w:szCs w:val="28"/>
          <w:lang w:val="ru-RU"/>
        </w:rPr>
        <w:t xml:space="preserve">. </w:t>
      </w:r>
      <w:proofErr w:type="spellStart"/>
      <w:r w:rsidRPr="00871AA6">
        <w:rPr>
          <w:sz w:val="28"/>
          <w:szCs w:val="28"/>
          <w:lang w:val="ru-RU"/>
        </w:rPr>
        <w:t>Бесінші</w:t>
      </w:r>
      <w:proofErr w:type="spellEnd"/>
      <w:r w:rsidRPr="00871AA6">
        <w:rPr>
          <w:sz w:val="28"/>
          <w:szCs w:val="28"/>
          <w:lang w:val="ru-RU"/>
        </w:rPr>
        <w:t xml:space="preserve"> </w:t>
      </w:r>
      <w:proofErr w:type="spellStart"/>
      <w:r w:rsidRPr="00871AA6">
        <w:rPr>
          <w:sz w:val="28"/>
          <w:szCs w:val="28"/>
          <w:lang w:val="ru-RU"/>
        </w:rPr>
        <w:t>кезеңде</w:t>
      </w:r>
      <w:proofErr w:type="spellEnd"/>
      <w:r w:rsidRPr="00871AA6">
        <w:rPr>
          <w:sz w:val="28"/>
          <w:szCs w:val="28"/>
          <w:lang w:val="ru-RU"/>
        </w:rPr>
        <w:t xml:space="preserve"> </w:t>
      </w:r>
      <w:proofErr w:type="spellStart"/>
      <w:r w:rsidRPr="00871AA6">
        <w:rPr>
          <w:sz w:val="28"/>
          <w:szCs w:val="28"/>
          <w:lang w:val="ru-RU"/>
        </w:rPr>
        <w:t>жеке</w:t>
      </w:r>
      <w:proofErr w:type="spellEnd"/>
      <w:r w:rsidRPr="00871AA6">
        <w:rPr>
          <w:sz w:val="28"/>
          <w:szCs w:val="28"/>
          <w:lang w:val="ru-RU"/>
        </w:rPr>
        <w:t xml:space="preserve"> </w:t>
      </w:r>
      <w:proofErr w:type="spellStart"/>
      <w:r w:rsidRPr="00871AA6">
        <w:rPr>
          <w:sz w:val="28"/>
          <w:szCs w:val="28"/>
          <w:lang w:val="ru-RU"/>
        </w:rPr>
        <w:t>тіл</w:t>
      </w:r>
      <w:proofErr w:type="spellEnd"/>
      <w:r w:rsidRPr="00871AA6">
        <w:rPr>
          <w:sz w:val="28"/>
          <w:szCs w:val="28"/>
          <w:lang w:val="ru-RU"/>
        </w:rPr>
        <w:t xml:space="preserve"> </w:t>
      </w:r>
      <w:proofErr w:type="spellStart"/>
      <w:r w:rsidRPr="00871AA6">
        <w:rPr>
          <w:sz w:val="28"/>
          <w:szCs w:val="28"/>
          <w:lang w:val="ru-RU"/>
        </w:rPr>
        <w:t>салаларын</w:t>
      </w:r>
      <w:proofErr w:type="spellEnd"/>
      <w:r w:rsidRPr="00871AA6">
        <w:rPr>
          <w:sz w:val="28"/>
          <w:szCs w:val="28"/>
          <w:lang w:val="ru-RU"/>
        </w:rPr>
        <w:t xml:space="preserve"> </w:t>
      </w:r>
      <w:proofErr w:type="spellStart"/>
      <w:r w:rsidRPr="00871AA6">
        <w:rPr>
          <w:sz w:val="28"/>
          <w:szCs w:val="28"/>
          <w:lang w:val="ru-RU"/>
        </w:rPr>
        <w:t>оқыту</w:t>
      </w:r>
      <w:proofErr w:type="spellEnd"/>
      <w:r w:rsidRPr="00871AA6">
        <w:rPr>
          <w:sz w:val="28"/>
          <w:szCs w:val="28"/>
          <w:lang w:val="ru-RU"/>
        </w:rPr>
        <w:t xml:space="preserve"> </w:t>
      </w:r>
      <w:proofErr w:type="spellStart"/>
      <w:r w:rsidRPr="00871AA6">
        <w:rPr>
          <w:sz w:val="28"/>
          <w:szCs w:val="28"/>
          <w:lang w:val="ru-RU"/>
        </w:rPr>
        <w:t>әдістемесі</w:t>
      </w:r>
      <w:proofErr w:type="spellEnd"/>
      <w:r w:rsidRPr="00871AA6">
        <w:rPr>
          <w:sz w:val="28"/>
          <w:szCs w:val="28"/>
          <w:lang w:val="ru-RU"/>
        </w:rPr>
        <w:t xml:space="preserve"> </w:t>
      </w:r>
      <w:proofErr w:type="spellStart"/>
      <w:r w:rsidRPr="00871AA6">
        <w:rPr>
          <w:sz w:val="28"/>
          <w:szCs w:val="28"/>
          <w:lang w:val="ru-RU"/>
        </w:rPr>
        <w:t>заманауи</w:t>
      </w:r>
      <w:proofErr w:type="spellEnd"/>
      <w:r w:rsidRPr="00871AA6">
        <w:rPr>
          <w:sz w:val="28"/>
          <w:szCs w:val="28"/>
          <w:lang w:val="ru-RU"/>
        </w:rPr>
        <w:t xml:space="preserve">, </w:t>
      </w:r>
      <w:proofErr w:type="spellStart"/>
      <w:r w:rsidRPr="00871AA6">
        <w:rPr>
          <w:sz w:val="28"/>
          <w:szCs w:val="28"/>
          <w:lang w:val="ru-RU"/>
        </w:rPr>
        <w:t>белсенді</w:t>
      </w:r>
      <w:proofErr w:type="spellEnd"/>
      <w:r w:rsidRPr="00871AA6">
        <w:rPr>
          <w:sz w:val="28"/>
          <w:szCs w:val="28"/>
          <w:lang w:val="ru-RU"/>
        </w:rPr>
        <w:t xml:space="preserve">, </w:t>
      </w:r>
      <w:proofErr w:type="spellStart"/>
      <w:r w:rsidRPr="00871AA6">
        <w:rPr>
          <w:sz w:val="28"/>
          <w:szCs w:val="28"/>
          <w:lang w:val="ru-RU"/>
        </w:rPr>
        <w:t>интерактивті</w:t>
      </w:r>
      <w:proofErr w:type="spellEnd"/>
      <w:r w:rsidRPr="00871AA6">
        <w:rPr>
          <w:sz w:val="28"/>
          <w:szCs w:val="28"/>
          <w:lang w:val="ru-RU"/>
        </w:rPr>
        <w:t xml:space="preserve"> </w:t>
      </w:r>
      <w:proofErr w:type="spellStart"/>
      <w:r w:rsidRPr="00871AA6">
        <w:rPr>
          <w:sz w:val="28"/>
          <w:szCs w:val="28"/>
          <w:lang w:val="ru-RU"/>
        </w:rPr>
        <w:t>және</w:t>
      </w:r>
      <w:proofErr w:type="spellEnd"/>
      <w:r w:rsidRPr="00871AA6">
        <w:rPr>
          <w:sz w:val="28"/>
          <w:szCs w:val="28"/>
          <w:lang w:val="ru-RU"/>
        </w:rPr>
        <w:t xml:space="preserve"> </w:t>
      </w:r>
      <w:proofErr w:type="spellStart"/>
      <w:r w:rsidRPr="00871AA6">
        <w:rPr>
          <w:sz w:val="28"/>
          <w:szCs w:val="28"/>
          <w:lang w:val="ru-RU"/>
        </w:rPr>
        <w:t>ақпараттық-коммуникациялық</w:t>
      </w:r>
      <w:proofErr w:type="spellEnd"/>
      <w:r w:rsidRPr="00871AA6">
        <w:rPr>
          <w:sz w:val="28"/>
          <w:szCs w:val="28"/>
          <w:lang w:val="ru-RU"/>
        </w:rPr>
        <w:t xml:space="preserve"> </w:t>
      </w:r>
      <w:proofErr w:type="spellStart"/>
      <w:r w:rsidRPr="00871AA6">
        <w:rPr>
          <w:sz w:val="28"/>
          <w:szCs w:val="28"/>
          <w:lang w:val="ru-RU"/>
        </w:rPr>
        <w:t>технологиялармен</w:t>
      </w:r>
      <w:proofErr w:type="spellEnd"/>
      <w:r w:rsidRPr="00871AA6">
        <w:rPr>
          <w:sz w:val="28"/>
          <w:szCs w:val="28"/>
          <w:lang w:val="ru-RU"/>
        </w:rPr>
        <w:t xml:space="preserve"> </w:t>
      </w:r>
      <w:proofErr w:type="spellStart"/>
      <w:r w:rsidRPr="00871AA6">
        <w:rPr>
          <w:sz w:val="28"/>
          <w:szCs w:val="28"/>
          <w:lang w:val="ru-RU"/>
        </w:rPr>
        <w:t>ұштасып</w:t>
      </w:r>
      <w:proofErr w:type="spellEnd"/>
      <w:r w:rsidRPr="00871AA6">
        <w:rPr>
          <w:sz w:val="28"/>
          <w:szCs w:val="28"/>
          <w:lang w:val="ru-RU"/>
        </w:rPr>
        <w:t xml:space="preserve">, </w:t>
      </w:r>
      <w:proofErr w:type="spellStart"/>
      <w:r w:rsidRPr="00871AA6">
        <w:rPr>
          <w:sz w:val="28"/>
          <w:szCs w:val="28"/>
          <w:lang w:val="ru-RU"/>
        </w:rPr>
        <w:t>зерттеу</w:t>
      </w:r>
      <w:proofErr w:type="spellEnd"/>
      <w:r w:rsidRPr="00871AA6">
        <w:rPr>
          <w:sz w:val="28"/>
          <w:szCs w:val="28"/>
          <w:lang w:val="ru-RU"/>
        </w:rPr>
        <w:t xml:space="preserve"> </w:t>
      </w:r>
      <w:proofErr w:type="spellStart"/>
      <w:r w:rsidRPr="00871AA6">
        <w:rPr>
          <w:sz w:val="28"/>
          <w:szCs w:val="28"/>
          <w:lang w:val="ru-RU"/>
        </w:rPr>
        <w:t>нысандарының</w:t>
      </w:r>
      <w:proofErr w:type="spellEnd"/>
      <w:r w:rsidRPr="00871AA6">
        <w:rPr>
          <w:sz w:val="28"/>
          <w:szCs w:val="28"/>
          <w:lang w:val="ru-RU"/>
        </w:rPr>
        <w:t xml:space="preserve"> </w:t>
      </w:r>
      <w:proofErr w:type="spellStart"/>
      <w:r w:rsidRPr="00871AA6">
        <w:rPr>
          <w:sz w:val="28"/>
          <w:szCs w:val="28"/>
          <w:lang w:val="ru-RU"/>
        </w:rPr>
        <w:t>аясы</w:t>
      </w:r>
      <w:proofErr w:type="spellEnd"/>
      <w:r w:rsidRPr="00871AA6">
        <w:rPr>
          <w:sz w:val="28"/>
          <w:szCs w:val="28"/>
          <w:lang w:val="ru-RU"/>
        </w:rPr>
        <w:t xml:space="preserve"> </w:t>
      </w:r>
      <w:proofErr w:type="spellStart"/>
      <w:r w:rsidRPr="00871AA6">
        <w:rPr>
          <w:sz w:val="28"/>
          <w:szCs w:val="28"/>
          <w:lang w:val="ru-RU"/>
        </w:rPr>
        <w:t>кеңейді</w:t>
      </w:r>
      <w:proofErr w:type="spellEnd"/>
      <w:r w:rsidRPr="00871AA6">
        <w:rPr>
          <w:sz w:val="28"/>
          <w:szCs w:val="28"/>
          <w:lang w:val="ru-RU"/>
        </w:rPr>
        <w:t>.</w:t>
      </w:r>
    </w:p>
    <w:p w:rsidR="00E95EA3" w:rsidRPr="00871AA6" w:rsidRDefault="00000000" w:rsidP="00871AA6">
      <w:pPr>
        <w:spacing w:after="0" w:line="240" w:lineRule="auto"/>
        <w:ind w:firstLine="567"/>
        <w:jc w:val="both"/>
        <w:rPr>
          <w:sz w:val="28"/>
          <w:szCs w:val="28"/>
          <w:lang w:val="ru-RU"/>
        </w:rPr>
      </w:pPr>
      <w:r w:rsidRPr="00871AA6">
        <w:rPr>
          <w:sz w:val="28"/>
          <w:szCs w:val="28"/>
          <w:lang w:val="ru-RU"/>
        </w:rPr>
        <w:t xml:space="preserve">Осы </w:t>
      </w:r>
      <w:proofErr w:type="spellStart"/>
      <w:r w:rsidRPr="00871AA6">
        <w:rPr>
          <w:sz w:val="28"/>
          <w:szCs w:val="28"/>
          <w:lang w:val="ru-RU"/>
        </w:rPr>
        <w:t>тарихи</w:t>
      </w:r>
      <w:proofErr w:type="spellEnd"/>
      <w:r w:rsidRPr="00871AA6">
        <w:rPr>
          <w:sz w:val="28"/>
          <w:szCs w:val="28"/>
          <w:lang w:val="ru-RU"/>
        </w:rPr>
        <w:t xml:space="preserve"> </w:t>
      </w:r>
      <w:proofErr w:type="spellStart"/>
      <w:r w:rsidRPr="00871AA6">
        <w:rPr>
          <w:sz w:val="28"/>
          <w:szCs w:val="28"/>
          <w:lang w:val="ru-RU"/>
        </w:rPr>
        <w:t>үдерістен</w:t>
      </w:r>
      <w:proofErr w:type="spellEnd"/>
      <w:r w:rsidRPr="00871AA6">
        <w:rPr>
          <w:sz w:val="28"/>
          <w:szCs w:val="28"/>
          <w:lang w:val="ru-RU"/>
        </w:rPr>
        <w:t xml:space="preserve"> </w:t>
      </w:r>
      <w:proofErr w:type="spellStart"/>
      <w:r w:rsidRPr="00871AA6">
        <w:rPr>
          <w:sz w:val="28"/>
          <w:szCs w:val="28"/>
          <w:lang w:val="ru-RU"/>
        </w:rPr>
        <w:t>қазақ</w:t>
      </w:r>
      <w:proofErr w:type="spellEnd"/>
      <w:r w:rsidRPr="00871AA6">
        <w:rPr>
          <w:sz w:val="28"/>
          <w:szCs w:val="28"/>
          <w:lang w:val="ru-RU"/>
        </w:rPr>
        <w:t xml:space="preserve"> </w:t>
      </w:r>
      <w:proofErr w:type="spellStart"/>
      <w:r w:rsidRPr="00871AA6">
        <w:rPr>
          <w:sz w:val="28"/>
          <w:szCs w:val="28"/>
          <w:lang w:val="ru-RU"/>
        </w:rPr>
        <w:t>тілін</w:t>
      </w:r>
      <w:proofErr w:type="spellEnd"/>
      <w:r w:rsidRPr="00871AA6">
        <w:rPr>
          <w:sz w:val="28"/>
          <w:szCs w:val="28"/>
          <w:lang w:val="ru-RU"/>
        </w:rPr>
        <w:t xml:space="preserve"> </w:t>
      </w:r>
      <w:proofErr w:type="spellStart"/>
      <w:r w:rsidRPr="00871AA6">
        <w:rPr>
          <w:sz w:val="28"/>
          <w:szCs w:val="28"/>
          <w:lang w:val="ru-RU"/>
        </w:rPr>
        <w:t>оқыту</w:t>
      </w:r>
      <w:proofErr w:type="spellEnd"/>
      <w:r w:rsidRPr="00871AA6">
        <w:rPr>
          <w:sz w:val="28"/>
          <w:szCs w:val="28"/>
          <w:lang w:val="ru-RU"/>
        </w:rPr>
        <w:t xml:space="preserve"> </w:t>
      </w:r>
      <w:proofErr w:type="spellStart"/>
      <w:r w:rsidRPr="00871AA6">
        <w:rPr>
          <w:sz w:val="28"/>
          <w:szCs w:val="28"/>
          <w:lang w:val="ru-RU"/>
        </w:rPr>
        <w:t>әдістемесінің</w:t>
      </w:r>
      <w:proofErr w:type="spellEnd"/>
      <w:r w:rsidRPr="00871AA6">
        <w:rPr>
          <w:sz w:val="28"/>
          <w:szCs w:val="28"/>
          <w:lang w:val="ru-RU"/>
        </w:rPr>
        <w:t xml:space="preserve"> </w:t>
      </w:r>
      <w:proofErr w:type="spellStart"/>
      <w:r w:rsidRPr="00871AA6">
        <w:rPr>
          <w:sz w:val="28"/>
          <w:szCs w:val="28"/>
          <w:lang w:val="ru-RU"/>
        </w:rPr>
        <w:t>қарапайым</w:t>
      </w:r>
      <w:proofErr w:type="spellEnd"/>
      <w:r w:rsidRPr="00871AA6">
        <w:rPr>
          <w:sz w:val="28"/>
          <w:szCs w:val="28"/>
          <w:lang w:val="ru-RU"/>
        </w:rPr>
        <w:t xml:space="preserve"> </w:t>
      </w:r>
      <w:proofErr w:type="spellStart"/>
      <w:r w:rsidRPr="00871AA6">
        <w:rPr>
          <w:sz w:val="28"/>
          <w:szCs w:val="28"/>
          <w:lang w:val="ru-RU"/>
        </w:rPr>
        <w:t>практикалық</w:t>
      </w:r>
      <w:proofErr w:type="spellEnd"/>
      <w:r w:rsidRPr="00871AA6">
        <w:rPr>
          <w:sz w:val="28"/>
          <w:szCs w:val="28"/>
          <w:lang w:val="ru-RU"/>
        </w:rPr>
        <w:t xml:space="preserve"> </w:t>
      </w:r>
      <w:proofErr w:type="spellStart"/>
      <w:r w:rsidRPr="00871AA6">
        <w:rPr>
          <w:sz w:val="28"/>
          <w:szCs w:val="28"/>
          <w:lang w:val="ru-RU"/>
        </w:rPr>
        <w:t>ұсыныстар</w:t>
      </w:r>
      <w:proofErr w:type="spellEnd"/>
      <w:r w:rsidRPr="00871AA6">
        <w:rPr>
          <w:sz w:val="28"/>
          <w:szCs w:val="28"/>
          <w:lang w:val="ru-RU"/>
        </w:rPr>
        <w:t xml:space="preserve"> </w:t>
      </w:r>
      <w:proofErr w:type="spellStart"/>
      <w:r w:rsidRPr="00871AA6">
        <w:rPr>
          <w:sz w:val="28"/>
          <w:szCs w:val="28"/>
          <w:lang w:val="ru-RU"/>
        </w:rPr>
        <w:t>жиынтығынан</w:t>
      </w:r>
      <w:proofErr w:type="spellEnd"/>
      <w:r w:rsidRPr="00871AA6">
        <w:rPr>
          <w:sz w:val="28"/>
          <w:szCs w:val="28"/>
          <w:lang w:val="ru-RU"/>
        </w:rPr>
        <w:t xml:space="preserve"> </w:t>
      </w:r>
      <w:proofErr w:type="spellStart"/>
      <w:r w:rsidRPr="00871AA6">
        <w:rPr>
          <w:sz w:val="28"/>
          <w:szCs w:val="28"/>
          <w:lang w:val="ru-RU"/>
        </w:rPr>
        <w:t>біртіндеп</w:t>
      </w:r>
      <w:proofErr w:type="spellEnd"/>
      <w:r w:rsidRPr="00871AA6">
        <w:rPr>
          <w:sz w:val="28"/>
          <w:szCs w:val="28"/>
          <w:lang w:val="ru-RU"/>
        </w:rPr>
        <w:t xml:space="preserve"> </w:t>
      </w:r>
      <w:proofErr w:type="spellStart"/>
      <w:r w:rsidRPr="00871AA6">
        <w:rPr>
          <w:sz w:val="28"/>
          <w:szCs w:val="28"/>
          <w:lang w:val="ru-RU"/>
        </w:rPr>
        <w:t>теориялық</w:t>
      </w:r>
      <w:proofErr w:type="spellEnd"/>
      <w:r w:rsidRPr="00871AA6">
        <w:rPr>
          <w:sz w:val="28"/>
          <w:szCs w:val="28"/>
          <w:lang w:val="ru-RU"/>
        </w:rPr>
        <w:t xml:space="preserve"> </w:t>
      </w:r>
      <w:proofErr w:type="spellStart"/>
      <w:r w:rsidRPr="00871AA6">
        <w:rPr>
          <w:sz w:val="28"/>
          <w:szCs w:val="28"/>
          <w:lang w:val="ru-RU"/>
        </w:rPr>
        <w:t>негіздері</w:t>
      </w:r>
      <w:proofErr w:type="spellEnd"/>
      <w:r w:rsidRPr="00871AA6">
        <w:rPr>
          <w:sz w:val="28"/>
          <w:szCs w:val="28"/>
          <w:lang w:val="ru-RU"/>
        </w:rPr>
        <w:t xml:space="preserve">, </w:t>
      </w:r>
      <w:proofErr w:type="spellStart"/>
      <w:r w:rsidRPr="00871AA6">
        <w:rPr>
          <w:sz w:val="28"/>
          <w:szCs w:val="28"/>
          <w:lang w:val="ru-RU"/>
        </w:rPr>
        <w:t>зерттеу</w:t>
      </w:r>
      <w:proofErr w:type="spellEnd"/>
      <w:r w:rsidRPr="00871AA6">
        <w:rPr>
          <w:sz w:val="28"/>
          <w:szCs w:val="28"/>
          <w:lang w:val="ru-RU"/>
        </w:rPr>
        <w:t xml:space="preserve"> </w:t>
      </w:r>
      <w:proofErr w:type="spellStart"/>
      <w:r w:rsidRPr="00871AA6">
        <w:rPr>
          <w:sz w:val="28"/>
          <w:szCs w:val="28"/>
          <w:lang w:val="ru-RU"/>
        </w:rPr>
        <w:t>нысандары</w:t>
      </w:r>
      <w:proofErr w:type="spellEnd"/>
      <w:r w:rsidRPr="00871AA6">
        <w:rPr>
          <w:sz w:val="28"/>
          <w:szCs w:val="28"/>
          <w:lang w:val="ru-RU"/>
        </w:rPr>
        <w:t xml:space="preserve">, </w:t>
      </w:r>
      <w:proofErr w:type="spellStart"/>
      <w:r w:rsidRPr="00871AA6">
        <w:rPr>
          <w:sz w:val="28"/>
          <w:szCs w:val="28"/>
          <w:lang w:val="ru-RU"/>
        </w:rPr>
        <w:t>әдістері</w:t>
      </w:r>
      <w:proofErr w:type="spellEnd"/>
      <w:r w:rsidRPr="00871AA6">
        <w:rPr>
          <w:sz w:val="28"/>
          <w:szCs w:val="28"/>
          <w:lang w:val="ru-RU"/>
        </w:rPr>
        <w:t xml:space="preserve"> </w:t>
      </w:r>
      <w:proofErr w:type="spellStart"/>
      <w:r w:rsidRPr="00871AA6">
        <w:rPr>
          <w:sz w:val="28"/>
          <w:szCs w:val="28"/>
          <w:lang w:val="ru-RU"/>
        </w:rPr>
        <w:t>және</w:t>
      </w:r>
      <w:proofErr w:type="spellEnd"/>
      <w:r w:rsidRPr="00871AA6">
        <w:rPr>
          <w:sz w:val="28"/>
          <w:szCs w:val="28"/>
          <w:lang w:val="ru-RU"/>
        </w:rPr>
        <w:t xml:space="preserve"> </w:t>
      </w:r>
      <w:proofErr w:type="spellStart"/>
      <w:r w:rsidRPr="00871AA6">
        <w:rPr>
          <w:sz w:val="28"/>
          <w:szCs w:val="28"/>
          <w:lang w:val="ru-RU"/>
        </w:rPr>
        <w:t>қолдану</w:t>
      </w:r>
      <w:proofErr w:type="spellEnd"/>
      <w:r w:rsidRPr="00871AA6">
        <w:rPr>
          <w:sz w:val="28"/>
          <w:szCs w:val="28"/>
          <w:lang w:val="ru-RU"/>
        </w:rPr>
        <w:t xml:space="preserve"> </w:t>
      </w:r>
      <w:proofErr w:type="spellStart"/>
      <w:r w:rsidRPr="00871AA6">
        <w:rPr>
          <w:sz w:val="28"/>
          <w:szCs w:val="28"/>
          <w:lang w:val="ru-RU"/>
        </w:rPr>
        <w:t>технологиялары</w:t>
      </w:r>
      <w:proofErr w:type="spellEnd"/>
      <w:r w:rsidRPr="00871AA6">
        <w:rPr>
          <w:sz w:val="28"/>
          <w:szCs w:val="28"/>
          <w:lang w:val="ru-RU"/>
        </w:rPr>
        <w:t xml:space="preserve"> бар </w:t>
      </w:r>
      <w:proofErr w:type="spellStart"/>
      <w:r w:rsidRPr="00871AA6">
        <w:rPr>
          <w:sz w:val="28"/>
          <w:szCs w:val="28"/>
          <w:lang w:val="ru-RU"/>
        </w:rPr>
        <w:t>ғылыми</w:t>
      </w:r>
      <w:proofErr w:type="spellEnd"/>
      <w:r w:rsidRPr="00871AA6">
        <w:rPr>
          <w:sz w:val="28"/>
          <w:szCs w:val="28"/>
          <w:lang w:val="ru-RU"/>
        </w:rPr>
        <w:t xml:space="preserve"> </w:t>
      </w:r>
      <w:proofErr w:type="spellStart"/>
      <w:r w:rsidRPr="00871AA6">
        <w:rPr>
          <w:sz w:val="28"/>
          <w:szCs w:val="28"/>
          <w:lang w:val="ru-RU"/>
        </w:rPr>
        <w:t>пәнге</w:t>
      </w:r>
      <w:proofErr w:type="spellEnd"/>
      <w:r w:rsidRPr="00871AA6">
        <w:rPr>
          <w:sz w:val="28"/>
          <w:szCs w:val="28"/>
          <w:lang w:val="ru-RU"/>
        </w:rPr>
        <w:t xml:space="preserve"> </w:t>
      </w:r>
      <w:proofErr w:type="spellStart"/>
      <w:r w:rsidRPr="00871AA6">
        <w:rPr>
          <w:sz w:val="28"/>
          <w:szCs w:val="28"/>
          <w:lang w:val="ru-RU"/>
        </w:rPr>
        <w:t>айналғанын</w:t>
      </w:r>
      <w:proofErr w:type="spellEnd"/>
      <w:r w:rsidRPr="00871AA6">
        <w:rPr>
          <w:sz w:val="28"/>
          <w:szCs w:val="28"/>
          <w:lang w:val="ru-RU"/>
        </w:rPr>
        <w:t xml:space="preserve"> </w:t>
      </w:r>
      <w:proofErr w:type="spellStart"/>
      <w:r w:rsidRPr="00871AA6">
        <w:rPr>
          <w:sz w:val="28"/>
          <w:szCs w:val="28"/>
          <w:lang w:val="ru-RU"/>
        </w:rPr>
        <w:t>көруге</w:t>
      </w:r>
      <w:proofErr w:type="spellEnd"/>
      <w:r w:rsidRPr="00871AA6">
        <w:rPr>
          <w:sz w:val="28"/>
          <w:szCs w:val="28"/>
          <w:lang w:val="ru-RU"/>
        </w:rPr>
        <w:t xml:space="preserve"> </w:t>
      </w:r>
      <w:proofErr w:type="spellStart"/>
      <w:r w:rsidRPr="00871AA6">
        <w:rPr>
          <w:sz w:val="28"/>
          <w:szCs w:val="28"/>
          <w:lang w:val="ru-RU"/>
        </w:rPr>
        <w:t>болады</w:t>
      </w:r>
      <w:proofErr w:type="spellEnd"/>
      <w:r w:rsidRPr="00871AA6">
        <w:rPr>
          <w:sz w:val="28"/>
          <w:szCs w:val="28"/>
          <w:lang w:val="ru-RU"/>
        </w:rPr>
        <w:t>.</w:t>
      </w:r>
    </w:p>
    <w:p w:rsidR="00E95EA3" w:rsidRPr="00871AA6" w:rsidRDefault="00000000" w:rsidP="00871AA6">
      <w:pPr>
        <w:spacing w:after="0" w:line="240" w:lineRule="auto"/>
        <w:ind w:firstLine="567"/>
        <w:jc w:val="both"/>
        <w:rPr>
          <w:sz w:val="28"/>
          <w:szCs w:val="28"/>
          <w:lang w:val="ru-RU"/>
        </w:rPr>
      </w:pPr>
      <w:proofErr w:type="spellStart"/>
      <w:r w:rsidRPr="00871AA6">
        <w:rPr>
          <w:sz w:val="28"/>
          <w:szCs w:val="28"/>
          <w:lang w:val="ru-RU"/>
        </w:rPr>
        <w:t>Қазақ</w:t>
      </w:r>
      <w:proofErr w:type="spellEnd"/>
      <w:r w:rsidRPr="00871AA6">
        <w:rPr>
          <w:sz w:val="28"/>
          <w:szCs w:val="28"/>
          <w:lang w:val="ru-RU"/>
        </w:rPr>
        <w:t xml:space="preserve"> </w:t>
      </w:r>
      <w:proofErr w:type="spellStart"/>
      <w:r w:rsidRPr="00871AA6">
        <w:rPr>
          <w:sz w:val="28"/>
          <w:szCs w:val="28"/>
          <w:lang w:val="ru-RU"/>
        </w:rPr>
        <w:t>тілін</w:t>
      </w:r>
      <w:proofErr w:type="spellEnd"/>
      <w:r w:rsidRPr="00871AA6">
        <w:rPr>
          <w:sz w:val="28"/>
          <w:szCs w:val="28"/>
          <w:lang w:val="ru-RU"/>
        </w:rPr>
        <w:t xml:space="preserve"> </w:t>
      </w:r>
      <w:proofErr w:type="spellStart"/>
      <w:r w:rsidRPr="00871AA6">
        <w:rPr>
          <w:sz w:val="28"/>
          <w:szCs w:val="28"/>
          <w:lang w:val="ru-RU"/>
        </w:rPr>
        <w:t>оқыту</w:t>
      </w:r>
      <w:proofErr w:type="spellEnd"/>
      <w:r w:rsidRPr="00871AA6">
        <w:rPr>
          <w:sz w:val="28"/>
          <w:szCs w:val="28"/>
          <w:lang w:val="ru-RU"/>
        </w:rPr>
        <w:t xml:space="preserve"> </w:t>
      </w:r>
      <w:proofErr w:type="spellStart"/>
      <w:r w:rsidRPr="00871AA6">
        <w:rPr>
          <w:sz w:val="28"/>
          <w:szCs w:val="28"/>
          <w:lang w:val="ru-RU"/>
        </w:rPr>
        <w:t>әдістемесінің</w:t>
      </w:r>
      <w:proofErr w:type="spellEnd"/>
      <w:r w:rsidRPr="00871AA6">
        <w:rPr>
          <w:sz w:val="28"/>
          <w:szCs w:val="28"/>
          <w:lang w:val="ru-RU"/>
        </w:rPr>
        <w:t xml:space="preserve"> </w:t>
      </w:r>
      <w:proofErr w:type="spellStart"/>
      <w:r w:rsidRPr="00871AA6">
        <w:rPr>
          <w:sz w:val="28"/>
          <w:szCs w:val="28"/>
          <w:lang w:val="ru-RU"/>
        </w:rPr>
        <w:t>дамуы</w:t>
      </w:r>
      <w:proofErr w:type="spellEnd"/>
      <w:r w:rsidRPr="00871AA6">
        <w:rPr>
          <w:sz w:val="28"/>
          <w:szCs w:val="28"/>
          <w:lang w:val="ru-RU"/>
        </w:rPr>
        <w:t xml:space="preserve"> </w:t>
      </w:r>
      <w:proofErr w:type="spellStart"/>
      <w:r w:rsidRPr="00871AA6">
        <w:rPr>
          <w:sz w:val="28"/>
          <w:szCs w:val="28"/>
          <w:lang w:val="ru-RU"/>
        </w:rPr>
        <w:t>жалпы</w:t>
      </w:r>
      <w:proofErr w:type="spellEnd"/>
      <w:r w:rsidRPr="00871AA6">
        <w:rPr>
          <w:sz w:val="28"/>
          <w:szCs w:val="28"/>
          <w:lang w:val="ru-RU"/>
        </w:rPr>
        <w:t xml:space="preserve"> </w:t>
      </w:r>
      <w:proofErr w:type="spellStart"/>
      <w:r w:rsidRPr="00871AA6">
        <w:rPr>
          <w:sz w:val="28"/>
          <w:szCs w:val="28"/>
          <w:lang w:val="ru-RU"/>
        </w:rPr>
        <w:t>әдістемелік</w:t>
      </w:r>
      <w:proofErr w:type="spellEnd"/>
      <w:r w:rsidRPr="00871AA6">
        <w:rPr>
          <w:sz w:val="28"/>
          <w:szCs w:val="28"/>
          <w:lang w:val="ru-RU"/>
        </w:rPr>
        <w:t xml:space="preserve"> </w:t>
      </w:r>
      <w:proofErr w:type="spellStart"/>
      <w:r w:rsidRPr="00871AA6">
        <w:rPr>
          <w:sz w:val="28"/>
          <w:szCs w:val="28"/>
          <w:lang w:val="ru-RU"/>
        </w:rPr>
        <w:t>мәселелерден</w:t>
      </w:r>
      <w:proofErr w:type="spellEnd"/>
      <w:r w:rsidRPr="00871AA6">
        <w:rPr>
          <w:sz w:val="28"/>
          <w:szCs w:val="28"/>
          <w:lang w:val="ru-RU"/>
        </w:rPr>
        <w:t xml:space="preserve"> </w:t>
      </w:r>
      <w:proofErr w:type="spellStart"/>
      <w:r w:rsidRPr="00871AA6">
        <w:rPr>
          <w:sz w:val="28"/>
          <w:szCs w:val="28"/>
          <w:lang w:val="ru-RU"/>
        </w:rPr>
        <w:t>жеке</w:t>
      </w:r>
      <w:proofErr w:type="spellEnd"/>
      <w:r w:rsidRPr="00871AA6">
        <w:rPr>
          <w:sz w:val="28"/>
          <w:szCs w:val="28"/>
          <w:lang w:val="ru-RU"/>
        </w:rPr>
        <w:t xml:space="preserve"> </w:t>
      </w:r>
      <w:proofErr w:type="spellStart"/>
      <w:r w:rsidRPr="00871AA6">
        <w:rPr>
          <w:sz w:val="28"/>
          <w:szCs w:val="28"/>
          <w:lang w:val="ru-RU"/>
        </w:rPr>
        <w:t>тіл</w:t>
      </w:r>
      <w:proofErr w:type="spellEnd"/>
      <w:r w:rsidRPr="00871AA6">
        <w:rPr>
          <w:sz w:val="28"/>
          <w:szCs w:val="28"/>
          <w:lang w:val="ru-RU"/>
        </w:rPr>
        <w:t xml:space="preserve"> </w:t>
      </w:r>
      <w:proofErr w:type="spellStart"/>
      <w:r w:rsidRPr="00871AA6">
        <w:rPr>
          <w:sz w:val="28"/>
          <w:szCs w:val="28"/>
          <w:lang w:val="ru-RU"/>
        </w:rPr>
        <w:t>салаларын</w:t>
      </w:r>
      <w:proofErr w:type="spellEnd"/>
      <w:r w:rsidRPr="00871AA6">
        <w:rPr>
          <w:sz w:val="28"/>
          <w:szCs w:val="28"/>
          <w:lang w:val="ru-RU"/>
        </w:rPr>
        <w:t xml:space="preserve"> </w:t>
      </w:r>
      <w:proofErr w:type="spellStart"/>
      <w:r w:rsidRPr="00871AA6">
        <w:rPr>
          <w:sz w:val="28"/>
          <w:szCs w:val="28"/>
          <w:lang w:val="ru-RU"/>
        </w:rPr>
        <w:t>оқыту</w:t>
      </w:r>
      <w:proofErr w:type="spellEnd"/>
      <w:r w:rsidRPr="00871AA6">
        <w:rPr>
          <w:sz w:val="28"/>
          <w:szCs w:val="28"/>
          <w:lang w:val="ru-RU"/>
        </w:rPr>
        <w:t xml:space="preserve"> </w:t>
      </w:r>
      <w:proofErr w:type="spellStart"/>
      <w:r w:rsidRPr="00871AA6">
        <w:rPr>
          <w:sz w:val="28"/>
          <w:szCs w:val="28"/>
          <w:lang w:val="ru-RU"/>
        </w:rPr>
        <w:t>әдістемесін</w:t>
      </w:r>
      <w:proofErr w:type="spellEnd"/>
      <w:r w:rsidRPr="00871AA6">
        <w:rPr>
          <w:sz w:val="28"/>
          <w:szCs w:val="28"/>
          <w:lang w:val="ru-RU"/>
        </w:rPr>
        <w:t xml:space="preserve"> </w:t>
      </w:r>
      <w:proofErr w:type="spellStart"/>
      <w:r w:rsidRPr="00871AA6">
        <w:rPr>
          <w:sz w:val="28"/>
          <w:szCs w:val="28"/>
          <w:lang w:val="ru-RU"/>
        </w:rPr>
        <w:t>саралауға</w:t>
      </w:r>
      <w:proofErr w:type="spellEnd"/>
      <w:r w:rsidRPr="00871AA6">
        <w:rPr>
          <w:sz w:val="28"/>
          <w:szCs w:val="28"/>
          <w:lang w:val="ru-RU"/>
        </w:rPr>
        <w:t xml:space="preserve">, </w:t>
      </w:r>
      <w:proofErr w:type="spellStart"/>
      <w:r w:rsidRPr="00871AA6">
        <w:rPr>
          <w:sz w:val="28"/>
          <w:szCs w:val="28"/>
          <w:lang w:val="ru-RU"/>
        </w:rPr>
        <w:t>одан</w:t>
      </w:r>
      <w:proofErr w:type="spellEnd"/>
      <w:r w:rsidRPr="00871AA6">
        <w:rPr>
          <w:sz w:val="28"/>
          <w:szCs w:val="28"/>
          <w:lang w:val="ru-RU"/>
        </w:rPr>
        <w:t xml:space="preserve"> </w:t>
      </w:r>
      <w:proofErr w:type="spellStart"/>
      <w:r w:rsidRPr="00871AA6">
        <w:rPr>
          <w:sz w:val="28"/>
          <w:szCs w:val="28"/>
          <w:lang w:val="ru-RU"/>
        </w:rPr>
        <w:t>әрі</w:t>
      </w:r>
      <w:proofErr w:type="spellEnd"/>
      <w:r w:rsidRPr="00871AA6">
        <w:rPr>
          <w:sz w:val="28"/>
          <w:szCs w:val="28"/>
          <w:lang w:val="ru-RU"/>
        </w:rPr>
        <w:t xml:space="preserve"> </w:t>
      </w:r>
      <w:proofErr w:type="spellStart"/>
      <w:r w:rsidRPr="00871AA6">
        <w:rPr>
          <w:sz w:val="28"/>
          <w:szCs w:val="28"/>
          <w:lang w:val="ru-RU"/>
        </w:rPr>
        <w:t>қатысымдық</w:t>
      </w:r>
      <w:proofErr w:type="spellEnd"/>
      <w:r w:rsidRPr="00871AA6">
        <w:rPr>
          <w:sz w:val="28"/>
          <w:szCs w:val="28"/>
          <w:lang w:val="ru-RU"/>
        </w:rPr>
        <w:t xml:space="preserve"> </w:t>
      </w:r>
      <w:proofErr w:type="spellStart"/>
      <w:r w:rsidRPr="00871AA6">
        <w:rPr>
          <w:sz w:val="28"/>
          <w:szCs w:val="28"/>
          <w:lang w:val="ru-RU"/>
        </w:rPr>
        <w:t>және</w:t>
      </w:r>
      <w:proofErr w:type="spellEnd"/>
      <w:r w:rsidRPr="00871AA6">
        <w:rPr>
          <w:sz w:val="28"/>
          <w:szCs w:val="28"/>
          <w:lang w:val="ru-RU"/>
        </w:rPr>
        <w:t xml:space="preserve"> </w:t>
      </w:r>
      <w:proofErr w:type="spellStart"/>
      <w:r w:rsidRPr="00871AA6">
        <w:rPr>
          <w:sz w:val="28"/>
          <w:szCs w:val="28"/>
          <w:lang w:val="ru-RU"/>
        </w:rPr>
        <w:t>технологиялық</w:t>
      </w:r>
      <w:proofErr w:type="spellEnd"/>
      <w:r w:rsidRPr="00871AA6">
        <w:rPr>
          <w:sz w:val="28"/>
          <w:szCs w:val="28"/>
          <w:lang w:val="ru-RU"/>
        </w:rPr>
        <w:t xml:space="preserve"> </w:t>
      </w:r>
      <w:proofErr w:type="spellStart"/>
      <w:r w:rsidRPr="00871AA6">
        <w:rPr>
          <w:sz w:val="28"/>
          <w:szCs w:val="28"/>
          <w:lang w:val="ru-RU"/>
        </w:rPr>
        <w:t>бағыттарға</w:t>
      </w:r>
      <w:proofErr w:type="spellEnd"/>
      <w:r w:rsidRPr="00871AA6">
        <w:rPr>
          <w:sz w:val="28"/>
          <w:szCs w:val="28"/>
          <w:lang w:val="ru-RU"/>
        </w:rPr>
        <w:t xml:space="preserve"> </w:t>
      </w:r>
      <w:proofErr w:type="spellStart"/>
      <w:r w:rsidRPr="00871AA6">
        <w:rPr>
          <w:sz w:val="28"/>
          <w:szCs w:val="28"/>
          <w:lang w:val="ru-RU"/>
        </w:rPr>
        <w:t>өтуімен</w:t>
      </w:r>
      <w:proofErr w:type="spellEnd"/>
      <w:r w:rsidRPr="00871AA6">
        <w:rPr>
          <w:sz w:val="28"/>
          <w:szCs w:val="28"/>
          <w:lang w:val="ru-RU"/>
        </w:rPr>
        <w:t xml:space="preserve"> </w:t>
      </w:r>
      <w:proofErr w:type="spellStart"/>
      <w:r w:rsidRPr="00871AA6">
        <w:rPr>
          <w:sz w:val="28"/>
          <w:szCs w:val="28"/>
          <w:lang w:val="ru-RU"/>
        </w:rPr>
        <w:t>сипатталады</w:t>
      </w:r>
      <w:proofErr w:type="spellEnd"/>
      <w:r w:rsidRPr="00871AA6">
        <w:rPr>
          <w:sz w:val="28"/>
          <w:szCs w:val="28"/>
          <w:lang w:val="ru-RU"/>
        </w:rPr>
        <w:t xml:space="preserve">. Фонетика, орфография, морфология, лексика, синтаксис </w:t>
      </w:r>
      <w:proofErr w:type="spellStart"/>
      <w:r w:rsidRPr="00871AA6">
        <w:rPr>
          <w:sz w:val="28"/>
          <w:szCs w:val="28"/>
          <w:lang w:val="ru-RU"/>
        </w:rPr>
        <w:t>және</w:t>
      </w:r>
      <w:proofErr w:type="spellEnd"/>
      <w:r w:rsidRPr="00871AA6">
        <w:rPr>
          <w:sz w:val="28"/>
          <w:szCs w:val="28"/>
          <w:lang w:val="ru-RU"/>
        </w:rPr>
        <w:t xml:space="preserve"> </w:t>
      </w:r>
      <w:proofErr w:type="spellStart"/>
      <w:r w:rsidRPr="00871AA6">
        <w:rPr>
          <w:sz w:val="28"/>
          <w:szCs w:val="28"/>
          <w:lang w:val="ru-RU"/>
        </w:rPr>
        <w:t>пунктуацияны</w:t>
      </w:r>
      <w:proofErr w:type="spellEnd"/>
      <w:r w:rsidRPr="00871AA6">
        <w:rPr>
          <w:sz w:val="28"/>
          <w:szCs w:val="28"/>
          <w:lang w:val="ru-RU"/>
        </w:rPr>
        <w:t xml:space="preserve"> </w:t>
      </w:r>
      <w:proofErr w:type="spellStart"/>
      <w:r w:rsidRPr="00871AA6">
        <w:rPr>
          <w:sz w:val="28"/>
          <w:szCs w:val="28"/>
          <w:lang w:val="ru-RU"/>
        </w:rPr>
        <w:t>оқытуға</w:t>
      </w:r>
      <w:proofErr w:type="spellEnd"/>
      <w:r w:rsidRPr="00871AA6">
        <w:rPr>
          <w:sz w:val="28"/>
          <w:szCs w:val="28"/>
          <w:lang w:val="ru-RU"/>
        </w:rPr>
        <w:t xml:space="preserve"> </w:t>
      </w:r>
      <w:proofErr w:type="spellStart"/>
      <w:r w:rsidRPr="00871AA6">
        <w:rPr>
          <w:sz w:val="28"/>
          <w:szCs w:val="28"/>
          <w:lang w:val="ru-RU"/>
        </w:rPr>
        <w:t>арналған</w:t>
      </w:r>
      <w:proofErr w:type="spellEnd"/>
      <w:r w:rsidRPr="00871AA6">
        <w:rPr>
          <w:sz w:val="28"/>
          <w:szCs w:val="28"/>
          <w:lang w:val="ru-RU"/>
        </w:rPr>
        <w:t xml:space="preserve"> </w:t>
      </w:r>
      <w:proofErr w:type="spellStart"/>
      <w:r w:rsidRPr="00871AA6">
        <w:rPr>
          <w:sz w:val="28"/>
          <w:szCs w:val="28"/>
          <w:lang w:val="ru-RU"/>
        </w:rPr>
        <w:t>зерттеулер</w:t>
      </w:r>
      <w:proofErr w:type="spellEnd"/>
      <w:r w:rsidRPr="00871AA6">
        <w:rPr>
          <w:sz w:val="28"/>
          <w:szCs w:val="28"/>
          <w:lang w:val="ru-RU"/>
        </w:rPr>
        <w:t xml:space="preserve"> </w:t>
      </w:r>
      <w:proofErr w:type="spellStart"/>
      <w:r w:rsidRPr="00871AA6">
        <w:rPr>
          <w:sz w:val="28"/>
          <w:szCs w:val="28"/>
          <w:lang w:val="ru-RU"/>
        </w:rPr>
        <w:t>қазақ</w:t>
      </w:r>
      <w:proofErr w:type="spellEnd"/>
      <w:r w:rsidRPr="00871AA6">
        <w:rPr>
          <w:sz w:val="28"/>
          <w:szCs w:val="28"/>
          <w:lang w:val="ru-RU"/>
        </w:rPr>
        <w:t xml:space="preserve"> </w:t>
      </w:r>
      <w:proofErr w:type="spellStart"/>
      <w:r w:rsidRPr="00871AA6">
        <w:rPr>
          <w:sz w:val="28"/>
          <w:szCs w:val="28"/>
          <w:lang w:val="ru-RU"/>
        </w:rPr>
        <w:t>тілін</w:t>
      </w:r>
      <w:proofErr w:type="spellEnd"/>
      <w:r w:rsidRPr="00871AA6">
        <w:rPr>
          <w:sz w:val="28"/>
          <w:szCs w:val="28"/>
          <w:lang w:val="ru-RU"/>
        </w:rPr>
        <w:t xml:space="preserve"> </w:t>
      </w:r>
      <w:proofErr w:type="spellStart"/>
      <w:r w:rsidRPr="00871AA6">
        <w:rPr>
          <w:sz w:val="28"/>
          <w:szCs w:val="28"/>
          <w:lang w:val="ru-RU"/>
        </w:rPr>
        <w:t>меңгертудің</w:t>
      </w:r>
      <w:proofErr w:type="spellEnd"/>
      <w:r w:rsidRPr="00871AA6">
        <w:rPr>
          <w:sz w:val="28"/>
          <w:szCs w:val="28"/>
          <w:lang w:val="ru-RU"/>
        </w:rPr>
        <w:t xml:space="preserve"> </w:t>
      </w:r>
      <w:proofErr w:type="spellStart"/>
      <w:r w:rsidRPr="00871AA6">
        <w:rPr>
          <w:sz w:val="28"/>
          <w:szCs w:val="28"/>
          <w:lang w:val="ru-RU"/>
        </w:rPr>
        <w:t>мазмұны</w:t>
      </w:r>
      <w:proofErr w:type="spellEnd"/>
      <w:r w:rsidRPr="00871AA6">
        <w:rPr>
          <w:sz w:val="28"/>
          <w:szCs w:val="28"/>
          <w:lang w:val="ru-RU"/>
        </w:rPr>
        <w:t xml:space="preserve"> мен </w:t>
      </w:r>
      <w:proofErr w:type="spellStart"/>
      <w:r w:rsidRPr="00871AA6">
        <w:rPr>
          <w:sz w:val="28"/>
          <w:szCs w:val="28"/>
          <w:lang w:val="ru-RU"/>
        </w:rPr>
        <w:t>әдістерін</w:t>
      </w:r>
      <w:proofErr w:type="spellEnd"/>
      <w:r w:rsidRPr="00871AA6">
        <w:rPr>
          <w:sz w:val="28"/>
          <w:szCs w:val="28"/>
          <w:lang w:val="ru-RU"/>
        </w:rPr>
        <w:t xml:space="preserve"> </w:t>
      </w:r>
      <w:proofErr w:type="spellStart"/>
      <w:r w:rsidRPr="00871AA6">
        <w:rPr>
          <w:sz w:val="28"/>
          <w:szCs w:val="28"/>
          <w:lang w:val="ru-RU"/>
        </w:rPr>
        <w:t>нақтылауға</w:t>
      </w:r>
      <w:proofErr w:type="spellEnd"/>
      <w:r w:rsidRPr="00871AA6">
        <w:rPr>
          <w:sz w:val="28"/>
          <w:szCs w:val="28"/>
          <w:lang w:val="ru-RU"/>
        </w:rPr>
        <w:t xml:space="preserve"> </w:t>
      </w:r>
      <w:proofErr w:type="spellStart"/>
      <w:r w:rsidRPr="00871AA6">
        <w:rPr>
          <w:sz w:val="28"/>
          <w:szCs w:val="28"/>
          <w:lang w:val="ru-RU"/>
        </w:rPr>
        <w:t>мүмкіндік</w:t>
      </w:r>
      <w:proofErr w:type="spellEnd"/>
      <w:r w:rsidRPr="00871AA6">
        <w:rPr>
          <w:sz w:val="28"/>
          <w:szCs w:val="28"/>
          <w:lang w:val="ru-RU"/>
        </w:rPr>
        <w:t xml:space="preserve"> </w:t>
      </w:r>
      <w:proofErr w:type="spellStart"/>
      <w:r w:rsidRPr="00871AA6">
        <w:rPr>
          <w:sz w:val="28"/>
          <w:szCs w:val="28"/>
          <w:lang w:val="ru-RU"/>
        </w:rPr>
        <w:t>берді</w:t>
      </w:r>
      <w:proofErr w:type="spellEnd"/>
      <w:r w:rsidRPr="00871AA6">
        <w:rPr>
          <w:sz w:val="28"/>
          <w:szCs w:val="28"/>
          <w:lang w:val="ru-RU"/>
        </w:rPr>
        <w:t xml:space="preserve">. Ал </w:t>
      </w:r>
      <w:proofErr w:type="spellStart"/>
      <w:r w:rsidRPr="00871AA6">
        <w:rPr>
          <w:sz w:val="28"/>
          <w:szCs w:val="28"/>
          <w:lang w:val="ru-RU"/>
        </w:rPr>
        <w:t>тәуелсіздік</w:t>
      </w:r>
      <w:proofErr w:type="spellEnd"/>
      <w:r w:rsidRPr="00871AA6">
        <w:rPr>
          <w:sz w:val="28"/>
          <w:szCs w:val="28"/>
          <w:lang w:val="ru-RU"/>
        </w:rPr>
        <w:t xml:space="preserve"> </w:t>
      </w:r>
      <w:proofErr w:type="spellStart"/>
      <w:r w:rsidRPr="00871AA6">
        <w:rPr>
          <w:sz w:val="28"/>
          <w:szCs w:val="28"/>
          <w:lang w:val="ru-RU"/>
        </w:rPr>
        <w:t>кезеңіндегі</w:t>
      </w:r>
      <w:proofErr w:type="spellEnd"/>
      <w:r w:rsidRPr="00871AA6">
        <w:rPr>
          <w:sz w:val="28"/>
          <w:szCs w:val="28"/>
          <w:lang w:val="ru-RU"/>
        </w:rPr>
        <w:t xml:space="preserve"> </w:t>
      </w:r>
      <w:proofErr w:type="spellStart"/>
      <w:r w:rsidRPr="00871AA6">
        <w:rPr>
          <w:sz w:val="28"/>
          <w:szCs w:val="28"/>
          <w:lang w:val="ru-RU"/>
        </w:rPr>
        <w:t>зерттеулер</w:t>
      </w:r>
      <w:proofErr w:type="spellEnd"/>
      <w:r w:rsidRPr="00871AA6">
        <w:rPr>
          <w:sz w:val="28"/>
          <w:szCs w:val="28"/>
          <w:lang w:val="ru-RU"/>
        </w:rPr>
        <w:t xml:space="preserve"> </w:t>
      </w:r>
      <w:proofErr w:type="spellStart"/>
      <w:r w:rsidRPr="00871AA6">
        <w:rPr>
          <w:sz w:val="28"/>
          <w:szCs w:val="28"/>
          <w:lang w:val="ru-RU"/>
        </w:rPr>
        <w:t>тіл</w:t>
      </w:r>
      <w:proofErr w:type="spellEnd"/>
      <w:r w:rsidRPr="00871AA6">
        <w:rPr>
          <w:sz w:val="28"/>
          <w:szCs w:val="28"/>
          <w:lang w:val="ru-RU"/>
        </w:rPr>
        <w:t xml:space="preserve"> </w:t>
      </w:r>
      <w:proofErr w:type="spellStart"/>
      <w:r w:rsidRPr="00871AA6">
        <w:rPr>
          <w:sz w:val="28"/>
          <w:szCs w:val="28"/>
          <w:lang w:val="ru-RU"/>
        </w:rPr>
        <w:t>үйретудің</w:t>
      </w:r>
      <w:proofErr w:type="spellEnd"/>
      <w:r w:rsidRPr="00871AA6">
        <w:rPr>
          <w:sz w:val="28"/>
          <w:szCs w:val="28"/>
          <w:lang w:val="ru-RU"/>
        </w:rPr>
        <w:t xml:space="preserve"> </w:t>
      </w:r>
      <w:proofErr w:type="spellStart"/>
      <w:r w:rsidRPr="00871AA6">
        <w:rPr>
          <w:sz w:val="28"/>
          <w:szCs w:val="28"/>
          <w:lang w:val="ru-RU"/>
        </w:rPr>
        <w:t>мақсатын</w:t>
      </w:r>
      <w:proofErr w:type="spellEnd"/>
      <w:r w:rsidRPr="00871AA6">
        <w:rPr>
          <w:sz w:val="28"/>
          <w:szCs w:val="28"/>
          <w:lang w:val="ru-RU"/>
        </w:rPr>
        <w:t xml:space="preserve"> </w:t>
      </w:r>
      <w:proofErr w:type="spellStart"/>
      <w:r w:rsidRPr="00871AA6">
        <w:rPr>
          <w:sz w:val="28"/>
          <w:szCs w:val="28"/>
          <w:lang w:val="ru-RU"/>
        </w:rPr>
        <w:t>коммуникациямен</w:t>
      </w:r>
      <w:proofErr w:type="spellEnd"/>
      <w:r w:rsidRPr="00871AA6">
        <w:rPr>
          <w:sz w:val="28"/>
          <w:szCs w:val="28"/>
          <w:lang w:val="ru-RU"/>
        </w:rPr>
        <w:t xml:space="preserve">, </w:t>
      </w:r>
      <w:proofErr w:type="spellStart"/>
      <w:r w:rsidRPr="00871AA6">
        <w:rPr>
          <w:sz w:val="28"/>
          <w:szCs w:val="28"/>
          <w:lang w:val="ru-RU"/>
        </w:rPr>
        <w:t>белсенді</w:t>
      </w:r>
      <w:proofErr w:type="spellEnd"/>
      <w:r w:rsidRPr="00871AA6">
        <w:rPr>
          <w:sz w:val="28"/>
          <w:szCs w:val="28"/>
          <w:lang w:val="ru-RU"/>
        </w:rPr>
        <w:t xml:space="preserve"> </w:t>
      </w:r>
      <w:proofErr w:type="spellStart"/>
      <w:r w:rsidRPr="00871AA6">
        <w:rPr>
          <w:sz w:val="28"/>
          <w:szCs w:val="28"/>
          <w:lang w:val="ru-RU"/>
        </w:rPr>
        <w:t>әрекетпен</w:t>
      </w:r>
      <w:proofErr w:type="spellEnd"/>
      <w:r w:rsidRPr="00871AA6">
        <w:rPr>
          <w:sz w:val="28"/>
          <w:szCs w:val="28"/>
          <w:lang w:val="ru-RU"/>
        </w:rPr>
        <w:t xml:space="preserve"> </w:t>
      </w:r>
      <w:proofErr w:type="spellStart"/>
      <w:r w:rsidRPr="00871AA6">
        <w:rPr>
          <w:sz w:val="28"/>
          <w:szCs w:val="28"/>
          <w:lang w:val="ru-RU"/>
        </w:rPr>
        <w:t>және</w:t>
      </w:r>
      <w:proofErr w:type="spellEnd"/>
      <w:r w:rsidRPr="00871AA6">
        <w:rPr>
          <w:sz w:val="28"/>
          <w:szCs w:val="28"/>
          <w:lang w:val="ru-RU"/>
        </w:rPr>
        <w:t xml:space="preserve"> </w:t>
      </w:r>
      <w:proofErr w:type="spellStart"/>
      <w:r w:rsidRPr="00871AA6">
        <w:rPr>
          <w:sz w:val="28"/>
          <w:szCs w:val="28"/>
          <w:lang w:val="ru-RU"/>
        </w:rPr>
        <w:t>қазіргі</w:t>
      </w:r>
      <w:proofErr w:type="spellEnd"/>
      <w:r w:rsidRPr="00871AA6">
        <w:rPr>
          <w:sz w:val="28"/>
          <w:szCs w:val="28"/>
          <w:lang w:val="ru-RU"/>
        </w:rPr>
        <w:t xml:space="preserve"> </w:t>
      </w:r>
      <w:proofErr w:type="spellStart"/>
      <w:r w:rsidRPr="00871AA6">
        <w:rPr>
          <w:sz w:val="28"/>
          <w:szCs w:val="28"/>
          <w:lang w:val="ru-RU"/>
        </w:rPr>
        <w:t>білім</w:t>
      </w:r>
      <w:proofErr w:type="spellEnd"/>
      <w:r w:rsidRPr="00871AA6">
        <w:rPr>
          <w:sz w:val="28"/>
          <w:szCs w:val="28"/>
          <w:lang w:val="ru-RU"/>
        </w:rPr>
        <w:t xml:space="preserve"> беру </w:t>
      </w:r>
      <w:proofErr w:type="spellStart"/>
      <w:r w:rsidRPr="00871AA6">
        <w:rPr>
          <w:sz w:val="28"/>
          <w:szCs w:val="28"/>
          <w:lang w:val="ru-RU"/>
        </w:rPr>
        <w:t>технологияларымен</w:t>
      </w:r>
      <w:proofErr w:type="spellEnd"/>
      <w:r w:rsidRPr="00871AA6">
        <w:rPr>
          <w:sz w:val="28"/>
          <w:szCs w:val="28"/>
          <w:lang w:val="ru-RU"/>
        </w:rPr>
        <w:t xml:space="preserve"> </w:t>
      </w:r>
      <w:proofErr w:type="spellStart"/>
      <w:r w:rsidRPr="00871AA6">
        <w:rPr>
          <w:sz w:val="28"/>
          <w:szCs w:val="28"/>
          <w:lang w:val="ru-RU"/>
        </w:rPr>
        <w:t>байланыстыра</w:t>
      </w:r>
      <w:proofErr w:type="spellEnd"/>
      <w:r w:rsidRPr="00871AA6">
        <w:rPr>
          <w:sz w:val="28"/>
          <w:szCs w:val="28"/>
          <w:lang w:val="ru-RU"/>
        </w:rPr>
        <w:t xml:space="preserve"> </w:t>
      </w:r>
      <w:proofErr w:type="spellStart"/>
      <w:r w:rsidRPr="00871AA6">
        <w:rPr>
          <w:sz w:val="28"/>
          <w:szCs w:val="28"/>
          <w:lang w:val="ru-RU"/>
        </w:rPr>
        <w:t>түсті</w:t>
      </w:r>
      <w:proofErr w:type="spellEnd"/>
      <w:r w:rsidRPr="00871AA6">
        <w:rPr>
          <w:sz w:val="28"/>
          <w:szCs w:val="28"/>
          <w:lang w:val="ru-RU"/>
        </w:rPr>
        <w:t>.</w:t>
      </w:r>
    </w:p>
    <w:p w:rsidR="00E95EA3" w:rsidRPr="00871AA6" w:rsidRDefault="00E95EA3" w:rsidP="00871AA6">
      <w:pPr>
        <w:spacing w:after="0" w:line="240" w:lineRule="auto"/>
        <w:ind w:firstLine="567"/>
        <w:jc w:val="both"/>
        <w:rPr>
          <w:sz w:val="28"/>
          <w:szCs w:val="28"/>
          <w:lang w:val="ru-RU"/>
        </w:rPr>
      </w:pPr>
    </w:p>
    <w:sectPr w:rsidR="00E95EA3" w:rsidRPr="00871AA6"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848106829">
    <w:abstractNumId w:val="8"/>
  </w:num>
  <w:num w:numId="2" w16cid:durableId="1026253009">
    <w:abstractNumId w:val="6"/>
  </w:num>
  <w:num w:numId="3" w16cid:durableId="2002462613">
    <w:abstractNumId w:val="5"/>
  </w:num>
  <w:num w:numId="4" w16cid:durableId="118645796">
    <w:abstractNumId w:val="4"/>
  </w:num>
  <w:num w:numId="5" w16cid:durableId="565266280">
    <w:abstractNumId w:val="7"/>
  </w:num>
  <w:num w:numId="6" w16cid:durableId="2000111348">
    <w:abstractNumId w:val="3"/>
  </w:num>
  <w:num w:numId="7" w16cid:durableId="1830975881">
    <w:abstractNumId w:val="2"/>
  </w:num>
  <w:num w:numId="8" w16cid:durableId="953749937">
    <w:abstractNumId w:val="1"/>
  </w:num>
  <w:num w:numId="9" w16cid:durableId="1529878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44CCE"/>
    <w:rsid w:val="00831E89"/>
    <w:rsid w:val="00871AA6"/>
    <w:rsid w:val="009B2B69"/>
    <w:rsid w:val="00AA1D8D"/>
    <w:rsid w:val="00B47730"/>
    <w:rsid w:val="00CB0664"/>
    <w:rsid w:val="00E95EA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448A4B"/>
  <w14:defaultImageDpi w14:val="300"/>
  <w15:docId w15:val="{2DCD9A8A-DD76-DB43-827D-1F92B79F6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pPr>
    <w:rPr>
      <w:rFonts w:ascii="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1496</Words>
  <Characters>8528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Kapantaikyzy Shynar</cp:lastModifiedBy>
  <cp:revision>4</cp:revision>
  <dcterms:created xsi:type="dcterms:W3CDTF">2013-12-23T23:15:00Z</dcterms:created>
  <dcterms:modified xsi:type="dcterms:W3CDTF">2026-09-06T06:39:00Z</dcterms:modified>
  <cp:category/>
</cp:coreProperties>
</file>